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2A" w:rsidRDefault="00CD25AF">
      <w:pPr>
        <w:pStyle w:val="a8"/>
        <w:jc w:val="center"/>
      </w:pPr>
      <w:r>
        <w:rPr>
          <w:rFonts w:ascii="宋体" w:eastAsia="宋体" w:hAnsi="宋体"/>
          <w:b/>
          <w:sz w:val="32"/>
        </w:rPr>
        <w:t>X光检测机厂家采购对比报告</w:t>
      </w:r>
    </w:p>
    <w:p w:rsidR="00CA082A" w:rsidRPr="00EA6C68" w:rsidRDefault="00CD25AF">
      <w:pPr>
        <w:rPr>
          <w:sz w:val="24"/>
          <w:szCs w:val="24"/>
        </w:rPr>
      </w:pPr>
      <w:r w:rsidRPr="00EA6C68">
        <w:rPr>
          <w:sz w:val="24"/>
          <w:szCs w:val="24"/>
        </w:rPr>
        <w:t>本报告精选5家X光检</w:t>
      </w:r>
      <w:r w:rsidR="00EA6C68">
        <w:rPr>
          <w:sz w:val="24"/>
          <w:szCs w:val="24"/>
        </w:rPr>
        <w:t>测设备制造商，均为工商注册在营企业，涵盖上市公司、高新技术企业</w:t>
      </w:r>
      <w:r w:rsidRPr="00EA6C68">
        <w:rPr>
          <w:sz w:val="24"/>
          <w:szCs w:val="24"/>
        </w:rPr>
        <w:t>及专业检测设备厂商，供采购参考。</w:t>
      </w:r>
    </w:p>
    <w:p w:rsidR="00CA082A" w:rsidRDefault="00CD25AF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54829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ay_mai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48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82A" w:rsidRDefault="00CD25AF">
      <w:pPr>
        <w:jc w:val="center"/>
      </w:pPr>
      <w:r>
        <w:rPr>
          <w:sz w:val="18"/>
        </w:rPr>
        <w:t>图：食品X射线异物检测机（工业X光检测设备）</w:t>
      </w:r>
    </w:p>
    <w:p w:rsidR="00CA082A" w:rsidRPr="00EA6C68" w:rsidRDefault="00CD25AF">
      <w:pPr>
        <w:pStyle w:val="1"/>
        <w:rPr>
          <w:sz w:val="32"/>
          <w:szCs w:val="32"/>
        </w:rPr>
      </w:pPr>
      <w:r w:rsidRPr="00EA6C68">
        <w:rPr>
          <w:rFonts w:ascii="宋体" w:eastAsia="宋体" w:hAnsi="宋体"/>
          <w:sz w:val="32"/>
          <w:szCs w:val="32"/>
        </w:rPr>
        <w:lastRenderedPageBreak/>
        <w:t>各厂家详细介绍</w:t>
      </w:r>
    </w:p>
    <w:p w:rsidR="00CA082A" w:rsidRDefault="00CD25AF">
      <w:pPr>
        <w:pStyle w:val="21"/>
      </w:pPr>
      <w:r>
        <w:rPr>
          <w:rFonts w:ascii="宋体" w:eastAsia="宋体" w:hAnsi="宋体"/>
        </w:rPr>
        <w:t xml:space="preserve">1. </w:t>
      </w:r>
      <w:r w:rsidRPr="00EA6C68">
        <w:rPr>
          <w:rFonts w:ascii="宋体" w:eastAsia="宋体" w:hAnsi="宋体"/>
          <w:sz w:val="28"/>
          <w:szCs w:val="28"/>
        </w:rPr>
        <w:t>日联科技集团股份有限公司</w:t>
      </w:r>
    </w:p>
    <w:p w:rsidR="00C47931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企业真实性</w:t>
      </w:r>
      <w:r w:rsidRPr="00EA6C68">
        <w:rPr>
          <w:sz w:val="24"/>
          <w:szCs w:val="24"/>
        </w:rPr>
        <w:t>：2009年7月22日成立，法定代表人刘骏，在营企业，注册资本16559.3939万元人员规模：</w:t>
      </w:r>
      <w:r w:rsidR="00C47931" w:rsidRPr="00EA6C68">
        <w:rPr>
          <w:sz w:val="24"/>
          <w:szCs w:val="24"/>
        </w:rPr>
        <w:t>参保人数</w:t>
      </w:r>
      <w:r w:rsidR="00C47931" w:rsidRPr="00EA6C68">
        <w:rPr>
          <w:rFonts w:hint="eastAsia"/>
          <w:sz w:val="24"/>
          <w:szCs w:val="24"/>
          <w:lang w:eastAsia="zh-CN"/>
        </w:rPr>
        <w:t>532人</w:t>
      </w:r>
      <w:r w:rsidR="00C47931" w:rsidRPr="00EA6C68">
        <w:rPr>
          <w:sz w:val="24"/>
          <w:szCs w:val="24"/>
        </w:rPr>
        <w:t>。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地址</w:t>
      </w:r>
      <w:r w:rsidRPr="00EA6C68">
        <w:rPr>
          <w:sz w:val="24"/>
          <w:szCs w:val="24"/>
        </w:rPr>
        <w:t>：江苏省无锡市新吴区漓江路11号</w:t>
      </w:r>
      <w:r w:rsidR="00C47931" w:rsidRPr="00EA6C68">
        <w:rPr>
          <w:sz w:val="24"/>
          <w:szCs w:val="24"/>
        </w:rPr>
        <w:t>。</w:t>
      </w:r>
    </w:p>
    <w:p w:rsidR="005202FC" w:rsidRDefault="00CD25AF" w:rsidP="005202FC">
      <w:pPr>
        <w:pStyle w:val="a0"/>
        <w:rPr>
          <w:rFonts w:hint="eastAsia"/>
          <w:sz w:val="24"/>
          <w:szCs w:val="24"/>
        </w:rPr>
      </w:pPr>
      <w:r w:rsidRPr="003164FA">
        <w:rPr>
          <w:b/>
          <w:sz w:val="24"/>
          <w:szCs w:val="24"/>
        </w:rPr>
        <w:t>厂房面积</w:t>
      </w:r>
      <w:r w:rsidRPr="00EA6C68">
        <w:rPr>
          <w:sz w:val="24"/>
          <w:szCs w:val="24"/>
        </w:rPr>
        <w:t>：六地工厂及研发中心，总占地面积约10万平方米，拥有现代化生产车间和研发中心，配备先进的加工设备和检测设施</w:t>
      </w:r>
    </w:p>
    <w:p w:rsidR="00371ADA" w:rsidRPr="005202FC" w:rsidRDefault="00CD25AF" w:rsidP="00371ADA">
      <w:pPr>
        <w:pStyle w:val="a0"/>
        <w:rPr>
          <w:sz w:val="24"/>
          <w:szCs w:val="24"/>
        </w:rPr>
      </w:pPr>
      <w:proofErr w:type="spellStart"/>
      <w:r w:rsidRPr="003164FA">
        <w:rPr>
          <w:b/>
          <w:sz w:val="24"/>
          <w:szCs w:val="24"/>
        </w:rPr>
        <w:t>企业资质</w:t>
      </w:r>
      <w:r w:rsidRPr="005202FC">
        <w:rPr>
          <w:sz w:val="24"/>
          <w:szCs w:val="24"/>
        </w:rPr>
        <w:t>：高新技术企业，科创板上市企业，全球工业X射线检测设备"GUN组合"成员（与GE、Nordson并列</w:t>
      </w:r>
      <w:proofErr w:type="spellEnd"/>
      <w:r w:rsidRPr="005202FC">
        <w:rPr>
          <w:sz w:val="24"/>
          <w:szCs w:val="24"/>
        </w:rPr>
        <w:t>）</w:t>
      </w:r>
      <w:r w:rsidR="005202FC" w:rsidRPr="005202FC">
        <w:rPr>
          <w:sz w:val="24"/>
          <w:szCs w:val="24"/>
        </w:rPr>
        <w:t>，</w:t>
      </w:r>
      <w:r w:rsidR="00371ADA" w:rsidRPr="005202FC">
        <w:rPr>
          <w:rFonts w:cs="宋体"/>
          <w:sz w:val="24"/>
          <w:szCs w:val="24"/>
          <w:lang w:eastAsia="zh-CN"/>
        </w:rPr>
        <w:t>拥有ISO9001质量管理、ISO14001环境、ISO45001职业健康安全、ISO27001信息安全四体系认证；具备辐射安全许可证、自营进出口经营权、计量器具检测资质；累计600余项专利与软著</w:t>
      </w:r>
      <w:r w:rsidR="005202FC" w:rsidRPr="005202FC">
        <w:rPr>
          <w:rFonts w:cs="宋体"/>
          <w:sz w:val="24"/>
          <w:szCs w:val="24"/>
          <w:lang w:eastAsia="zh-CN"/>
        </w:rPr>
        <w:t>，CE、FDA食品接触及设备安全认证、</w:t>
      </w:r>
      <w:proofErr w:type="spellStart"/>
      <w:r w:rsidR="005202FC" w:rsidRPr="005202FC">
        <w:rPr>
          <w:rFonts w:cs="宋体"/>
          <w:sz w:val="24"/>
          <w:szCs w:val="24"/>
          <w:lang w:eastAsia="zh-CN"/>
        </w:rPr>
        <w:t>RoHS</w:t>
      </w:r>
      <w:proofErr w:type="spellEnd"/>
      <w:r w:rsidR="005202FC" w:rsidRPr="005202FC">
        <w:rPr>
          <w:rFonts w:cs="宋体"/>
          <w:sz w:val="24"/>
          <w:szCs w:val="24"/>
          <w:lang w:eastAsia="zh-CN"/>
        </w:rPr>
        <w:t>环保认证；拥有SGS权威检测报告、计量校准国际合规文件；</w:t>
      </w:r>
    </w:p>
    <w:p w:rsidR="00CA082A" w:rsidRPr="00371ADA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联系方式</w:t>
      </w:r>
      <w:r w:rsidRPr="00371ADA">
        <w:rPr>
          <w:sz w:val="24"/>
          <w:szCs w:val="24"/>
        </w:rPr>
        <w:t>：电话：0510-68506688，传真：0510-81816018，邮箱：z****@unicomp.cn，官网：www.unicomp.cn，400服务热线：400-880-1456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核心产品</w:t>
      </w:r>
      <w:r w:rsidRPr="00EA6C68">
        <w:rPr>
          <w:sz w:val="24"/>
          <w:szCs w:val="24"/>
        </w:rPr>
        <w:t>：工业X射线智能检测装备、微焦点X射线源、闭管X射线源、电子半导体X射线检测设备、新能源电池X射线检测设备、工业无损探测设备、公共安全检测设备、X射线CT检测系统，产品覆盖集成电路、电子制造、新能源、汽车制造、商业航天、食品安全等领域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技术特点</w:t>
      </w:r>
      <w:r w:rsidRPr="00EA6C68">
        <w:rPr>
          <w:sz w:val="24"/>
          <w:szCs w:val="24"/>
        </w:rPr>
        <w:t>：20年专注X-RAY检测技术研发，已为客户提供40000+客户案例；在X射线源、探测器、图像处理算法等核心技术方面拥有自主知识产权；产品远销全球70余个国家及地区，与超过4000家客户建立了深度合作；可提供从单机设备到整厂智能检测系统的全套解决方案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出口信息</w:t>
      </w:r>
      <w:r w:rsidRPr="00EA6C68">
        <w:rPr>
          <w:sz w:val="24"/>
          <w:szCs w:val="24"/>
        </w:rPr>
        <w:t>：产品远销全球70余个国家及地区，服务海外大型工业项目，一般贸易方式，拥有自营进出口权，在新加坡、匈牙利、美国设有海外子公司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海关编码</w:t>
      </w:r>
      <w:r w:rsidRPr="00EA6C68">
        <w:rPr>
          <w:sz w:val="24"/>
          <w:szCs w:val="24"/>
        </w:rPr>
        <w:t>：主要归类：</w:t>
      </w:r>
      <w:bookmarkStart w:id="0" w:name="OLE_LINK1"/>
      <w:bookmarkStart w:id="1" w:name="OLE_LINK2"/>
      <w:r w:rsidRPr="00EA6C68">
        <w:rPr>
          <w:sz w:val="24"/>
          <w:szCs w:val="24"/>
        </w:rPr>
        <w:t>90221920</w:t>
      </w:r>
      <w:bookmarkEnd w:id="0"/>
      <w:bookmarkEnd w:id="1"/>
      <w:r w:rsidRPr="00EA6C68">
        <w:rPr>
          <w:sz w:val="24"/>
          <w:szCs w:val="24"/>
        </w:rPr>
        <w:t>（X射线无损探伤检测仪），部分安检设备归类：</w:t>
      </w:r>
      <w:r w:rsidR="00C47931" w:rsidRPr="00EA6C68">
        <w:rPr>
          <w:sz w:val="24"/>
          <w:szCs w:val="24"/>
        </w:rPr>
        <w:t>90221910（低剂量</w:t>
      </w:r>
      <w:r w:rsidRPr="00EA6C68">
        <w:rPr>
          <w:sz w:val="24"/>
          <w:szCs w:val="24"/>
        </w:rPr>
        <w:t>X射线安全检查设备）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价格参考</w:t>
      </w:r>
      <w:r w:rsidRPr="00EA6C68">
        <w:rPr>
          <w:sz w:val="24"/>
          <w:szCs w:val="24"/>
        </w:rPr>
        <w:t>：标准中小型检测设备约10-100万元/台套，大型智能检测系统约50-500万元/项目，整厂检测系统集成约100-1000万元/项目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生产周期</w:t>
      </w:r>
      <w:r w:rsidRPr="00EA6C68">
        <w:rPr>
          <w:sz w:val="24"/>
          <w:szCs w:val="24"/>
        </w:rPr>
        <w:t>：标准设备30-60天，定制设备60-120天，大型系统集成项目90-180天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t>海关物流周期</w:t>
      </w:r>
      <w:r w:rsidRPr="00EA6C68">
        <w:rPr>
          <w:sz w:val="24"/>
          <w:szCs w:val="24"/>
        </w:rPr>
        <w:t>：海运出口约25-45天（含报关、运输、清关），空运出口约7-15天，具体取决于目的国和运输方式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3164FA">
        <w:rPr>
          <w:b/>
          <w:sz w:val="24"/>
          <w:szCs w:val="24"/>
        </w:rPr>
        <w:lastRenderedPageBreak/>
        <w:t>品牌优势</w:t>
      </w:r>
      <w:r w:rsidRPr="00EA6C68">
        <w:rPr>
          <w:sz w:val="24"/>
          <w:szCs w:val="24"/>
        </w:rPr>
        <w:t>：科创板上市公司，全球工业X射线检测设备"GUN组合"</w:t>
      </w:r>
      <w:r w:rsidR="003164FA">
        <w:rPr>
          <w:sz w:val="24"/>
          <w:szCs w:val="24"/>
        </w:rPr>
        <w:t>成员</w:t>
      </w:r>
      <w:r w:rsidRPr="00EA6C68">
        <w:rPr>
          <w:sz w:val="24"/>
          <w:szCs w:val="24"/>
        </w:rPr>
        <w:t>，20年+行业经验，核心技术自主化，综合实力强，适合大型工业项目和高端制造领域采购</w:t>
      </w:r>
    </w:p>
    <w:p w:rsidR="00CA082A" w:rsidRDefault="00CD25AF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ay_unicomp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82A" w:rsidRPr="00371ADA" w:rsidRDefault="00CD25AF">
      <w:pPr>
        <w:jc w:val="center"/>
        <w:rPr>
          <w:szCs w:val="21"/>
        </w:rPr>
      </w:pPr>
      <w:r w:rsidRPr="00371ADA">
        <w:rPr>
          <w:szCs w:val="21"/>
        </w:rPr>
        <w:t>图：工业X射线透视检测机（日联科技同类型产品参考）</w:t>
      </w:r>
    </w:p>
    <w:p w:rsidR="00CA082A" w:rsidRPr="000C44A4" w:rsidRDefault="00CD25AF">
      <w:pPr>
        <w:pStyle w:val="21"/>
        <w:rPr>
          <w:sz w:val="28"/>
          <w:szCs w:val="28"/>
        </w:rPr>
      </w:pPr>
      <w:r w:rsidRPr="000C44A4">
        <w:rPr>
          <w:rFonts w:ascii="宋体" w:eastAsia="宋体" w:hAnsi="宋体"/>
          <w:sz w:val="28"/>
          <w:szCs w:val="28"/>
        </w:rPr>
        <w:t>2. 丹东华日理学电气有限公司</w:t>
      </w:r>
    </w:p>
    <w:p w:rsidR="00C47931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企业真实性</w:t>
      </w:r>
      <w:r w:rsidRPr="000C44A4">
        <w:rPr>
          <w:sz w:val="24"/>
          <w:szCs w:val="24"/>
        </w:rPr>
        <w:t>：1995年6月20日成立，法定代表人刘彦均，在营企业，注册资本5000万元</w:t>
      </w:r>
      <w:r w:rsidR="00C47931" w:rsidRPr="000C44A4">
        <w:rPr>
          <w:sz w:val="24"/>
          <w:szCs w:val="24"/>
        </w:rPr>
        <w:t>。</w:t>
      </w:r>
    </w:p>
    <w:p w:rsidR="00CA082A" w:rsidRPr="000C44A4" w:rsidRDefault="00C47931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参保人数</w:t>
      </w:r>
      <w:r w:rsidRPr="000C44A4">
        <w:rPr>
          <w:sz w:val="24"/>
          <w:szCs w:val="24"/>
        </w:rPr>
        <w:t>：</w:t>
      </w:r>
      <w:r w:rsidRPr="000C44A4">
        <w:rPr>
          <w:rFonts w:hint="eastAsia"/>
          <w:sz w:val="24"/>
          <w:szCs w:val="24"/>
          <w:lang w:eastAsia="zh-CN"/>
        </w:rPr>
        <w:t>146人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地址</w:t>
      </w:r>
      <w:r w:rsidRPr="000C44A4">
        <w:rPr>
          <w:sz w:val="24"/>
          <w:szCs w:val="24"/>
        </w:rPr>
        <w:t>：辽宁省丹东市振安区东平大街139号</w:t>
      </w:r>
    </w:p>
    <w:p w:rsidR="000C44A4" w:rsidRDefault="00CD25AF" w:rsidP="000C44A4">
      <w:pPr>
        <w:pStyle w:val="a0"/>
        <w:rPr>
          <w:rFonts w:hint="eastAsia"/>
          <w:sz w:val="24"/>
          <w:szCs w:val="24"/>
        </w:rPr>
      </w:pPr>
      <w:r w:rsidRPr="00A56B38">
        <w:rPr>
          <w:b/>
          <w:sz w:val="24"/>
          <w:szCs w:val="24"/>
        </w:rPr>
        <w:t>厂房面积</w:t>
      </w:r>
      <w:r w:rsidRPr="000C44A4">
        <w:rPr>
          <w:sz w:val="24"/>
          <w:szCs w:val="24"/>
        </w:rPr>
        <w:t>：占地面积30000平方米，拥有现代化生产车间和研发中心，配备先进的加工设备和检测设施，是国内知名的X射线无损检测设备制造商</w:t>
      </w:r>
    </w:p>
    <w:p w:rsidR="000C44A4" w:rsidRPr="000C44A4" w:rsidRDefault="00CD25AF" w:rsidP="000C44A4">
      <w:pPr>
        <w:pStyle w:val="a0"/>
        <w:rPr>
          <w:rFonts w:hint="eastAsia"/>
          <w:sz w:val="24"/>
          <w:szCs w:val="24"/>
        </w:rPr>
      </w:pPr>
      <w:r w:rsidRPr="00A56B38">
        <w:rPr>
          <w:b/>
          <w:sz w:val="24"/>
          <w:szCs w:val="24"/>
        </w:rPr>
        <w:t>企业资质</w:t>
      </w:r>
      <w:r w:rsidRPr="000C44A4">
        <w:rPr>
          <w:sz w:val="24"/>
          <w:szCs w:val="24"/>
        </w:rPr>
        <w:t>：企业技术中心，30年+行业经验，</w:t>
      </w:r>
      <w:r w:rsidR="000C44A4" w:rsidRPr="000C44A4">
        <w:rPr>
          <w:rFonts w:cs="宋体"/>
          <w:sz w:val="24"/>
          <w:szCs w:val="24"/>
          <w:lang w:eastAsia="zh-CN"/>
        </w:rPr>
        <w:t>拥有ISO9001质量、ISO14001环境、ISO45001职业健康安全三体系认证、计量标准考核证书、自营进出口资质；CE整机安全认证，全线产品符合欧盟工业设备安全标准；可提供第三方国际检测校准报告；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联系方式</w:t>
      </w:r>
      <w:r w:rsidRPr="000C44A4">
        <w:rPr>
          <w:sz w:val="24"/>
          <w:szCs w:val="24"/>
        </w:rPr>
        <w:t>：服务热线：</w:t>
      </w:r>
      <w:r w:rsidR="00C47931" w:rsidRPr="000C44A4">
        <w:rPr>
          <w:sz w:val="24"/>
          <w:szCs w:val="24"/>
        </w:rPr>
        <w:t>0415-2892008</w:t>
      </w:r>
      <w:r w:rsidRPr="000C44A4">
        <w:rPr>
          <w:sz w:val="24"/>
          <w:szCs w:val="24"/>
        </w:rPr>
        <w:t>，官网：www.hrndt.com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lastRenderedPageBreak/>
        <w:t>核心产品</w:t>
      </w:r>
      <w:r w:rsidRPr="000C44A4">
        <w:rPr>
          <w:sz w:val="24"/>
          <w:szCs w:val="24"/>
        </w:rPr>
        <w:t>：X射线无损检测设备与系统、工业CT检测系统、X射线数字成像检测系统、X射线探伤机、自动化检测生产线，产品覆盖造船、石油、化工、航空航天、汽车、压力容器等行业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技术特点</w:t>
      </w:r>
      <w:r w:rsidRPr="000C44A4">
        <w:rPr>
          <w:sz w:val="24"/>
          <w:szCs w:val="24"/>
        </w:rPr>
        <w:t>：30年+行业经验，专业设计、生产X射线无损检测设备与系统；技术实力雄厚，资源丰富；在X射线探伤机、工业CT、数字成像等领域技术领先；拥有多项核心技术和专利，产品系列齐全；可提供从单机设备到整厂自动化检测系统的全套解决方案；产品广泛应用于造船、石油、化工、航空航天、汽车、压力容器等行业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出口信息</w:t>
      </w:r>
      <w:r w:rsidRPr="000C44A4">
        <w:rPr>
          <w:sz w:val="24"/>
          <w:szCs w:val="24"/>
        </w:rPr>
        <w:t>：产品出口全球多个国家和地区，服务海外工业项目，一般贸易方式，拥有自营进出口权，5000+服务客户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海关编码</w:t>
      </w:r>
      <w:r w:rsidRPr="000C44A4">
        <w:rPr>
          <w:sz w:val="24"/>
          <w:szCs w:val="24"/>
        </w:rPr>
        <w:t>：主要归类：</w:t>
      </w:r>
      <w:r w:rsidR="00C47931" w:rsidRPr="000C44A4">
        <w:rPr>
          <w:sz w:val="24"/>
          <w:szCs w:val="24"/>
        </w:rPr>
        <w:t>90221920</w:t>
      </w:r>
      <w:r w:rsidRPr="000C44A4">
        <w:rPr>
          <w:sz w:val="24"/>
          <w:szCs w:val="24"/>
        </w:rPr>
        <w:t>（X射线无损探伤检测仪）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价格参考</w:t>
      </w:r>
      <w:r w:rsidRPr="000C44A4">
        <w:rPr>
          <w:sz w:val="24"/>
          <w:szCs w:val="24"/>
        </w:rPr>
        <w:t>：标准中小型检测设备约10-80万元/台套，大型工业CT系统约50-300万元/项目，自动化检测线约100-500万元/项目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生产周期</w:t>
      </w:r>
      <w:r w:rsidRPr="000C44A4">
        <w:rPr>
          <w:sz w:val="24"/>
          <w:szCs w:val="24"/>
        </w:rPr>
        <w:t>：标准设备30-50天，定制设备50-90天，大型系统集成项目90-150天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海关物流周期</w:t>
      </w:r>
      <w:r w:rsidRPr="000C44A4">
        <w:rPr>
          <w:sz w:val="24"/>
          <w:szCs w:val="24"/>
        </w:rPr>
        <w:t>：海运出口约25-45天（含报关、运输、清关），空运出口约7-15天，具体取决于目的国和运输方式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技术优势</w:t>
      </w:r>
      <w:r w:rsidRPr="000C44A4">
        <w:rPr>
          <w:sz w:val="24"/>
          <w:szCs w:val="24"/>
        </w:rPr>
        <w:t>：</w:t>
      </w:r>
      <w:r w:rsidR="000C44A4">
        <w:rPr>
          <w:rFonts w:hint="eastAsia"/>
          <w:sz w:val="24"/>
          <w:szCs w:val="24"/>
          <w:lang w:eastAsia="zh-CN"/>
        </w:rPr>
        <w:t>3</w:t>
      </w:r>
      <w:r w:rsidRPr="000C44A4">
        <w:rPr>
          <w:sz w:val="24"/>
          <w:szCs w:val="24"/>
        </w:rPr>
        <w:t>0年+行业经验，技术实力雄厚，在X射线无损检测领域技术领先，适合对检测精度和可靠性要求高的工业项目采购</w:t>
      </w:r>
    </w:p>
    <w:p w:rsidR="00CA082A" w:rsidRDefault="00CD25AF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27466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ay_huari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82A" w:rsidRPr="000C44A4" w:rsidRDefault="00CD25AF">
      <w:pPr>
        <w:jc w:val="center"/>
        <w:rPr>
          <w:szCs w:val="21"/>
        </w:rPr>
      </w:pPr>
      <w:r w:rsidRPr="000C44A4">
        <w:rPr>
          <w:szCs w:val="21"/>
        </w:rPr>
        <w:t>图：工业X光检测设备（丹东华日同类型产品参考）</w:t>
      </w:r>
    </w:p>
    <w:p w:rsidR="00CA082A" w:rsidRDefault="00CD25AF">
      <w:pPr>
        <w:pStyle w:val="21"/>
      </w:pPr>
      <w:r>
        <w:rPr>
          <w:rFonts w:ascii="宋体" w:eastAsia="宋体" w:hAnsi="宋体"/>
        </w:rPr>
        <w:lastRenderedPageBreak/>
        <w:t>3. 丹东奥龙射线仪器集团有限公司</w:t>
      </w:r>
    </w:p>
    <w:p w:rsidR="00C47931" w:rsidRPr="000C44A4" w:rsidRDefault="00CD25AF">
      <w:pPr>
        <w:pStyle w:val="a0"/>
        <w:rPr>
          <w:sz w:val="24"/>
          <w:szCs w:val="24"/>
        </w:rPr>
      </w:pPr>
      <w:proofErr w:type="spellStart"/>
      <w:r w:rsidRPr="00A56B38">
        <w:rPr>
          <w:b/>
          <w:sz w:val="24"/>
          <w:szCs w:val="24"/>
        </w:rPr>
        <w:t>企业真实性</w:t>
      </w:r>
      <w:proofErr w:type="spellEnd"/>
      <w:r w:rsidRPr="000C44A4">
        <w:rPr>
          <w:sz w:val="24"/>
          <w:szCs w:val="24"/>
        </w:rPr>
        <w:t>：</w:t>
      </w:r>
      <w:r w:rsidR="00EA6C68" w:rsidRPr="000C44A4">
        <w:rPr>
          <w:sz w:val="24"/>
          <w:szCs w:val="24"/>
        </w:rPr>
        <w:t xml:space="preserve"> </w:t>
      </w:r>
      <w:r w:rsidRPr="000C44A4">
        <w:rPr>
          <w:sz w:val="24"/>
          <w:szCs w:val="24"/>
        </w:rPr>
        <w:t>2003年1月17日成立，法定代表人李义彬，在营企业，注册资本1000万元</w:t>
      </w:r>
    </w:p>
    <w:p w:rsidR="00CA082A" w:rsidRPr="000C44A4" w:rsidRDefault="00C47931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参保人数</w:t>
      </w:r>
      <w:r w:rsidRPr="000C44A4">
        <w:rPr>
          <w:sz w:val="24"/>
          <w:szCs w:val="24"/>
        </w:rPr>
        <w:t>：</w:t>
      </w:r>
      <w:r w:rsidRPr="000C44A4">
        <w:rPr>
          <w:rFonts w:hint="eastAsia"/>
          <w:sz w:val="24"/>
          <w:szCs w:val="24"/>
          <w:lang w:eastAsia="zh-CN"/>
        </w:rPr>
        <w:t>146人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地址</w:t>
      </w:r>
      <w:r w:rsidRPr="000C44A4">
        <w:rPr>
          <w:sz w:val="24"/>
          <w:szCs w:val="24"/>
        </w:rPr>
        <w:t>：辽宁省丹东临港产业园区富民大街46号，旗下拥有上海奥龙星迪、丹东奥龙电子、奥龙检测服务、丹东奥龙中科传感技术四个子公司</w:t>
      </w:r>
    </w:p>
    <w:p w:rsidR="000C44A4" w:rsidRDefault="00CD25AF" w:rsidP="000C44A4">
      <w:pPr>
        <w:pStyle w:val="a0"/>
        <w:rPr>
          <w:rFonts w:hint="eastAsia"/>
          <w:sz w:val="24"/>
          <w:szCs w:val="24"/>
        </w:rPr>
      </w:pPr>
      <w:r w:rsidRPr="00A56B38">
        <w:rPr>
          <w:b/>
          <w:sz w:val="24"/>
          <w:szCs w:val="24"/>
        </w:rPr>
        <w:t>厂房面积</w:t>
      </w:r>
      <w:r w:rsidRPr="000C44A4">
        <w:rPr>
          <w:sz w:val="24"/>
          <w:szCs w:val="24"/>
        </w:rPr>
        <w:t>：占地面积3万平方米，建筑面积1.7万平方米，拥有现代化生产环境和研发、生产、检测设备，是中国射线仪器制造与应用服务行业的重要服务商</w:t>
      </w:r>
    </w:p>
    <w:p w:rsidR="00CA082A" w:rsidRPr="000C44A4" w:rsidRDefault="000C44A4" w:rsidP="000C44A4">
      <w:pPr>
        <w:pStyle w:val="a0"/>
        <w:rPr>
          <w:rFonts w:hint="eastAsia"/>
          <w:sz w:val="24"/>
          <w:szCs w:val="24"/>
        </w:rPr>
      </w:pPr>
      <w:r w:rsidRPr="00A56B38">
        <w:rPr>
          <w:b/>
          <w:sz w:val="24"/>
          <w:szCs w:val="24"/>
        </w:rPr>
        <w:t>企业资质</w:t>
      </w:r>
      <w:r w:rsidRPr="000C44A4">
        <w:rPr>
          <w:sz w:val="24"/>
          <w:szCs w:val="24"/>
        </w:rPr>
        <w:t>：高新技术企业，</w:t>
      </w:r>
      <w:r w:rsidR="00CD25AF" w:rsidRPr="000C44A4">
        <w:rPr>
          <w:sz w:val="24"/>
          <w:szCs w:val="24"/>
        </w:rPr>
        <w:t>企业技术中心，传承60年中国射线仪器研制历史，美国GE合作伙伴，</w:t>
      </w:r>
      <w:r w:rsidRPr="000C44A4">
        <w:rPr>
          <w:rFonts w:cs="宋体"/>
          <w:sz w:val="24"/>
          <w:szCs w:val="24"/>
          <w:lang w:eastAsia="zh-CN"/>
        </w:rPr>
        <w:t>拥有ISO9001、ISO14001、ISO45001三体系认证、自营进出口经营权；CE国际安全认证，设备符合欧盟无损检测设备准入标准；可提供全套出厂合规检测报告；</w:t>
      </w:r>
    </w:p>
    <w:p w:rsidR="00C47931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联系方式</w:t>
      </w:r>
      <w:r w:rsidRPr="000C44A4">
        <w:rPr>
          <w:sz w:val="24"/>
          <w:szCs w:val="24"/>
        </w:rPr>
        <w:t>：电话：</w:t>
      </w:r>
      <w:r w:rsidR="00C47931" w:rsidRPr="000C44A4">
        <w:rPr>
          <w:sz w:val="24"/>
          <w:szCs w:val="24"/>
        </w:rPr>
        <w:t>0415-6278800</w:t>
      </w:r>
      <w:r w:rsidRPr="000C44A4">
        <w:rPr>
          <w:sz w:val="24"/>
          <w:szCs w:val="24"/>
        </w:rPr>
        <w:t>，官网：</w:t>
      </w:r>
      <w:hyperlink r:id="rId11" w:history="1">
        <w:r w:rsidR="00C47931" w:rsidRPr="000C44A4">
          <w:rPr>
            <w:rStyle w:val="afb"/>
            <w:sz w:val="24"/>
            <w:szCs w:val="24"/>
          </w:rPr>
          <w:t>http://www.cn-ndt.com/</w:t>
        </w:r>
      </w:hyperlink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核心产品</w:t>
      </w:r>
      <w:r w:rsidRPr="000C44A4">
        <w:rPr>
          <w:sz w:val="24"/>
          <w:szCs w:val="24"/>
        </w:rPr>
        <w:t>：X射线无损检测设备、X射线分析仪器、工业CT检测系统、X射线数字成像检测系统、X射线探伤机、材料试验仪器，产品覆盖航空航天、造船、石油、化工、汽车、压力容器等行业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技术特点</w:t>
      </w:r>
      <w:r w:rsidRPr="000C44A4">
        <w:rPr>
          <w:sz w:val="24"/>
          <w:szCs w:val="24"/>
        </w:rPr>
        <w:t>：传承60年中国射线仪器研制历史，是无损检测行业全球厂商美国GE的合作伙伴；在X射线探伤机、工业CT、数字成像等领域技术积累深厚；拥有多项核心技术和专利，产品系列齐全；可提供从单机设备到检测服务的全套解决方案；产品广泛应用于航空航天、造船、石油、化工、汽车、压力容器等行业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出口信息</w:t>
      </w:r>
      <w:r w:rsidRPr="000C44A4">
        <w:rPr>
          <w:sz w:val="24"/>
          <w:szCs w:val="24"/>
        </w:rPr>
        <w:t>：产品出口全球多个国家和地区，服务海外工业项目，一般贸易方式，拥有自营进出口权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海关编码</w:t>
      </w:r>
      <w:r w:rsidRPr="000C44A4">
        <w:rPr>
          <w:sz w:val="24"/>
          <w:szCs w:val="24"/>
        </w:rPr>
        <w:t>：主要归类：</w:t>
      </w:r>
      <w:r w:rsidR="00453A23" w:rsidRPr="000C44A4">
        <w:rPr>
          <w:sz w:val="24"/>
          <w:szCs w:val="24"/>
        </w:rPr>
        <w:t>90221920</w:t>
      </w:r>
      <w:r w:rsidRPr="000C44A4">
        <w:rPr>
          <w:sz w:val="24"/>
          <w:szCs w:val="24"/>
        </w:rPr>
        <w:t>（X射线无损探伤检测仪）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价格参考</w:t>
      </w:r>
      <w:r w:rsidRPr="000C44A4">
        <w:rPr>
          <w:sz w:val="24"/>
          <w:szCs w:val="24"/>
        </w:rPr>
        <w:t>：标准中小型检测设备约5-50万元/台套，大型工业CT系统约30-200万元/项目，自动化检测线约50-300万元/项目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生产周期</w:t>
      </w:r>
      <w:r w:rsidRPr="000C44A4">
        <w:rPr>
          <w:sz w:val="24"/>
          <w:szCs w:val="24"/>
        </w:rPr>
        <w:t>：标准设备25-45天，定制设备45-80天，大型系统集成项目60-120天</w:t>
      </w:r>
    </w:p>
    <w:p w:rsidR="00CA082A" w:rsidRPr="000C44A4" w:rsidRDefault="00CD25AF">
      <w:pPr>
        <w:pStyle w:val="a0"/>
        <w:rPr>
          <w:sz w:val="24"/>
          <w:szCs w:val="24"/>
        </w:rPr>
      </w:pPr>
      <w:r w:rsidRPr="00A56B38">
        <w:rPr>
          <w:b/>
          <w:sz w:val="24"/>
          <w:szCs w:val="24"/>
        </w:rPr>
        <w:t>海关物流周期</w:t>
      </w:r>
      <w:r w:rsidRPr="000C44A4">
        <w:rPr>
          <w:sz w:val="24"/>
          <w:szCs w:val="24"/>
        </w:rPr>
        <w:t>：海运出口约25-45天（含报关、运输、清关），空运出口约7-15天，具体取决于目的国和运输方式</w:t>
      </w:r>
    </w:p>
    <w:p w:rsidR="00CA082A" w:rsidRPr="000C44A4" w:rsidRDefault="00CD25AF">
      <w:pPr>
        <w:pStyle w:val="a0"/>
        <w:rPr>
          <w:sz w:val="24"/>
          <w:szCs w:val="24"/>
        </w:rPr>
      </w:pPr>
      <w:proofErr w:type="spellStart"/>
      <w:r w:rsidRPr="00A56B38">
        <w:rPr>
          <w:b/>
          <w:sz w:val="24"/>
          <w:szCs w:val="24"/>
        </w:rPr>
        <w:t>经验优势</w:t>
      </w:r>
      <w:proofErr w:type="spellEnd"/>
      <w:r w:rsidRPr="000C44A4">
        <w:rPr>
          <w:sz w:val="24"/>
          <w:szCs w:val="24"/>
        </w:rPr>
        <w:t>：</w:t>
      </w:r>
      <w:r w:rsidR="000C44A4" w:rsidRPr="000C44A4">
        <w:rPr>
          <w:sz w:val="24"/>
          <w:szCs w:val="24"/>
        </w:rPr>
        <w:t xml:space="preserve"> </w:t>
      </w:r>
      <w:r w:rsidRPr="000C44A4">
        <w:rPr>
          <w:sz w:val="24"/>
          <w:szCs w:val="24"/>
        </w:rPr>
        <w:t>60年+行业历史传承，美国GE合作伙伴，技术积累深厚，产品质量可靠，性价比高，适合各类工业无损检测项目采购</w:t>
      </w:r>
    </w:p>
    <w:p w:rsidR="00CA082A" w:rsidRDefault="00CD25AF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11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ay_aolong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82A" w:rsidRPr="000C44A4" w:rsidRDefault="00CD25AF">
      <w:pPr>
        <w:jc w:val="center"/>
        <w:rPr>
          <w:szCs w:val="21"/>
        </w:rPr>
      </w:pPr>
      <w:r w:rsidRPr="000C44A4">
        <w:rPr>
          <w:szCs w:val="21"/>
        </w:rPr>
        <w:t>图：工业X光无损探伤检测机（丹东奥龙同类型产品参考）</w:t>
      </w:r>
    </w:p>
    <w:p w:rsidR="00CA082A" w:rsidRDefault="00CD25AF">
      <w:pPr>
        <w:pStyle w:val="21"/>
      </w:pPr>
      <w:r>
        <w:rPr>
          <w:rFonts w:ascii="宋体" w:eastAsia="宋体" w:hAnsi="宋体"/>
        </w:rPr>
        <w:t>4. 上海太易检测技术股份有限公司</w:t>
      </w:r>
    </w:p>
    <w:p w:rsidR="00CA082A" w:rsidRPr="00DB77F8" w:rsidRDefault="00CD25AF">
      <w:pPr>
        <w:pStyle w:val="a0"/>
        <w:rPr>
          <w:sz w:val="24"/>
          <w:szCs w:val="24"/>
        </w:rPr>
      </w:pPr>
      <w:proofErr w:type="spellStart"/>
      <w:r w:rsidRPr="00DB77F8">
        <w:rPr>
          <w:b/>
          <w:sz w:val="24"/>
          <w:szCs w:val="24"/>
        </w:rPr>
        <w:t>企业真实性</w:t>
      </w:r>
      <w:proofErr w:type="spellEnd"/>
      <w:r w:rsidRPr="00DB77F8">
        <w:rPr>
          <w:sz w:val="24"/>
          <w:szCs w:val="24"/>
        </w:rPr>
        <w:t>：</w:t>
      </w:r>
      <w:r w:rsidR="00EA6C68" w:rsidRPr="00DB77F8">
        <w:rPr>
          <w:sz w:val="24"/>
          <w:szCs w:val="24"/>
        </w:rPr>
        <w:t xml:space="preserve"> </w:t>
      </w:r>
      <w:r w:rsidRPr="00DB77F8">
        <w:rPr>
          <w:sz w:val="24"/>
          <w:szCs w:val="24"/>
        </w:rPr>
        <w:t>2008年12月26日成立，法定代表人项民，在营企业，注册资本2835万元</w:t>
      </w:r>
    </w:p>
    <w:p w:rsidR="00CA082A" w:rsidRPr="00DB77F8" w:rsidRDefault="00453A23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参保人数</w:t>
      </w:r>
      <w:r w:rsidRPr="00DB77F8">
        <w:rPr>
          <w:sz w:val="24"/>
          <w:szCs w:val="24"/>
        </w:rPr>
        <w:t>：</w:t>
      </w:r>
      <w:r w:rsidR="00CD25AF" w:rsidRPr="00DB77F8">
        <w:rPr>
          <w:sz w:val="24"/>
          <w:szCs w:val="24"/>
        </w:rPr>
        <w:t>268人</w:t>
      </w:r>
    </w:p>
    <w:p w:rsidR="00453A23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地址</w:t>
      </w:r>
      <w:r w:rsidRPr="00DB77F8">
        <w:rPr>
          <w:sz w:val="24"/>
          <w:szCs w:val="24"/>
        </w:rPr>
        <w:t>：上海市闵行区东川路555号己楼2层1038室</w:t>
      </w:r>
    </w:p>
    <w:p w:rsidR="00DB77F8" w:rsidRDefault="00CD25AF" w:rsidP="00DB77F8">
      <w:pPr>
        <w:pStyle w:val="a0"/>
        <w:rPr>
          <w:rFonts w:hint="eastAsia"/>
          <w:sz w:val="24"/>
          <w:szCs w:val="24"/>
        </w:rPr>
      </w:pPr>
      <w:r w:rsidRPr="00DB77F8">
        <w:rPr>
          <w:b/>
          <w:sz w:val="24"/>
          <w:szCs w:val="24"/>
        </w:rPr>
        <w:t>厂房面积</w:t>
      </w:r>
      <w:r w:rsidRPr="00DB77F8">
        <w:rPr>
          <w:sz w:val="24"/>
          <w:szCs w:val="24"/>
        </w:rPr>
        <w:t>：拥有多个生产基地和研发中心，配备先进的加工设备和检测设施，是国内食品X光检测赛道龙头企业，国内食品X光机市场份额占比70%</w:t>
      </w:r>
    </w:p>
    <w:p w:rsidR="00CA082A" w:rsidRPr="00DB77F8" w:rsidRDefault="00CD25AF" w:rsidP="00DB77F8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企业资质</w:t>
      </w:r>
      <w:r w:rsidRPr="00DB77F8">
        <w:rPr>
          <w:sz w:val="24"/>
          <w:szCs w:val="24"/>
        </w:rPr>
        <w:t>：高新技术企业，肉类新质检测科技创新实践基地，ISO9001认证，HACCP认证，15年+行业经验</w:t>
      </w:r>
      <w:r w:rsidR="00DB77F8" w:rsidRPr="00DB77F8">
        <w:rPr>
          <w:sz w:val="24"/>
          <w:szCs w:val="24"/>
        </w:rPr>
        <w:t>，</w:t>
      </w:r>
      <w:r w:rsidR="00DB77F8" w:rsidRPr="00DB77F8">
        <w:rPr>
          <w:rFonts w:cs="宋体"/>
          <w:sz w:val="24"/>
          <w:szCs w:val="24"/>
          <w:lang w:eastAsia="zh-CN"/>
        </w:rPr>
        <w:t>CE、</w:t>
      </w:r>
      <w:proofErr w:type="spellStart"/>
      <w:r w:rsidR="00DB77F8" w:rsidRPr="00DB77F8">
        <w:rPr>
          <w:rFonts w:cs="宋体"/>
          <w:sz w:val="24"/>
          <w:szCs w:val="24"/>
          <w:lang w:eastAsia="zh-CN"/>
        </w:rPr>
        <w:t>RoHS</w:t>
      </w:r>
      <w:proofErr w:type="spellEnd"/>
      <w:r w:rsidR="00DB77F8" w:rsidRPr="00DB77F8">
        <w:rPr>
          <w:rFonts w:cs="宋体"/>
          <w:sz w:val="24"/>
          <w:szCs w:val="24"/>
          <w:lang w:eastAsia="zh-CN"/>
        </w:rPr>
        <w:t>国际认证，设备符合欧盟食品工业安全规范；可提供SGS材质与性能检测报告；</w:t>
      </w:r>
    </w:p>
    <w:p w:rsidR="00CA082A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联系方式</w:t>
      </w:r>
      <w:r w:rsidRPr="00DB77F8">
        <w:rPr>
          <w:sz w:val="24"/>
          <w:szCs w:val="24"/>
        </w:rPr>
        <w:t>：</w:t>
      </w:r>
      <w:r w:rsidR="00453A23" w:rsidRPr="00DB77F8">
        <w:rPr>
          <w:sz w:val="24"/>
          <w:szCs w:val="24"/>
        </w:rPr>
        <w:t>021-60671088</w:t>
      </w:r>
      <w:r w:rsidRPr="00DB77F8">
        <w:rPr>
          <w:sz w:val="24"/>
          <w:szCs w:val="24"/>
        </w:rPr>
        <w:t>，邮箱：</w:t>
      </w:r>
      <w:r w:rsidR="00453A23" w:rsidRPr="00DB77F8">
        <w:rPr>
          <w:sz w:val="24"/>
          <w:szCs w:val="24"/>
        </w:rPr>
        <w:t>jinjie@techik.cn</w:t>
      </w:r>
      <w:r w:rsidRPr="00DB77F8">
        <w:rPr>
          <w:sz w:val="24"/>
          <w:szCs w:val="24"/>
        </w:rPr>
        <w:t>，官网：</w:t>
      </w:r>
      <w:r w:rsidR="00453A23" w:rsidRPr="00DB77F8">
        <w:rPr>
          <w:sz w:val="24"/>
          <w:szCs w:val="24"/>
        </w:rPr>
        <w:t>http://www.techikgroup.cn/</w:t>
      </w:r>
    </w:p>
    <w:p w:rsidR="00CA082A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核心产品</w:t>
      </w:r>
      <w:r w:rsidRPr="00DB77F8">
        <w:rPr>
          <w:sz w:val="24"/>
          <w:szCs w:val="24"/>
        </w:rPr>
        <w:t>：食品X光异物检测机、金属检测机、重量检测机、视觉检测设备、X光异物检测系统、在线检测生产线，产品覆盖食品、医药、日化、农副产品等行业，可检测金属、玻璃、石头、骨头、塑料等异物</w:t>
      </w:r>
    </w:p>
    <w:p w:rsidR="00CA082A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lastRenderedPageBreak/>
        <w:t>技术特点</w:t>
      </w:r>
      <w:r w:rsidRPr="00DB77F8">
        <w:rPr>
          <w:sz w:val="24"/>
          <w:szCs w:val="24"/>
        </w:rPr>
        <w:t>：15年+行业经验，依托成熟的X射线检测技术与自研算法，打造出多款适配不同食品生产场景的食品X光机；机型体系完整，可满足全品类食品的检测需求；在异物检测算法、图像处理等方面技术领先；拥有多项核心技术和专利，产品系列齐全；可提供从单机设备到整厂在线检测系统的全套解决方案；产品广泛应用于食品、医药、日化、农副产品等行业</w:t>
      </w:r>
    </w:p>
    <w:p w:rsidR="00CA082A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出口信息</w:t>
      </w:r>
      <w:r w:rsidRPr="00DB77F8">
        <w:rPr>
          <w:sz w:val="24"/>
          <w:szCs w:val="24"/>
        </w:rPr>
        <w:t>：产品出口全球多个国家和地区，服务海外食品加工项目，一般贸易方式，拥有自营进出口权，符合HACCP、IFS、BRC等国际标准</w:t>
      </w:r>
    </w:p>
    <w:p w:rsidR="00CA082A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海关编码</w:t>
      </w:r>
      <w:r w:rsidRPr="00DB77F8">
        <w:rPr>
          <w:sz w:val="24"/>
          <w:szCs w:val="24"/>
        </w:rPr>
        <w:t>：主要归类：</w:t>
      </w:r>
      <w:r w:rsidR="00453A23" w:rsidRPr="00DB77F8">
        <w:rPr>
          <w:sz w:val="24"/>
          <w:szCs w:val="24"/>
        </w:rPr>
        <w:t>90221920</w:t>
      </w:r>
      <w:r w:rsidRPr="00DB77F8">
        <w:rPr>
          <w:sz w:val="24"/>
          <w:szCs w:val="24"/>
        </w:rPr>
        <w:t>（X射线无损探伤检测仪）或</w:t>
      </w:r>
      <w:r w:rsidR="00453A23" w:rsidRPr="00DB77F8">
        <w:rPr>
          <w:sz w:val="24"/>
          <w:szCs w:val="24"/>
        </w:rPr>
        <w:t xml:space="preserve"> 90221910</w:t>
      </w:r>
      <w:r w:rsidRPr="00DB77F8">
        <w:rPr>
          <w:sz w:val="24"/>
          <w:szCs w:val="24"/>
        </w:rPr>
        <w:t>（</w:t>
      </w:r>
      <w:r w:rsidR="00453A23" w:rsidRPr="00DB77F8">
        <w:rPr>
          <w:sz w:val="24"/>
          <w:szCs w:val="24"/>
        </w:rPr>
        <w:t>低剂量</w:t>
      </w:r>
      <w:r w:rsidRPr="00DB77F8">
        <w:rPr>
          <w:sz w:val="24"/>
          <w:szCs w:val="24"/>
        </w:rPr>
        <w:t>X射线安全检查设备）</w:t>
      </w:r>
    </w:p>
    <w:p w:rsidR="00CA082A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价格参考</w:t>
      </w:r>
      <w:r w:rsidRPr="00DB77F8">
        <w:rPr>
          <w:sz w:val="24"/>
          <w:szCs w:val="24"/>
        </w:rPr>
        <w:t>：标准食品X光检测设备约15-60万元/台套，大型在线检测系统约30-150万元/项目，整厂检测线集成约50-300万元/项目</w:t>
      </w:r>
    </w:p>
    <w:p w:rsidR="00CA082A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生产周期</w:t>
      </w:r>
      <w:r w:rsidRPr="00DB77F8">
        <w:rPr>
          <w:sz w:val="24"/>
          <w:szCs w:val="24"/>
        </w:rPr>
        <w:t>：标准设备20-40天，定制设备40-70天，大型系统集成项目60-120天</w:t>
      </w:r>
    </w:p>
    <w:p w:rsidR="00CA082A" w:rsidRPr="00DB77F8" w:rsidRDefault="00CD25AF">
      <w:pPr>
        <w:pStyle w:val="a0"/>
        <w:rPr>
          <w:sz w:val="24"/>
          <w:szCs w:val="24"/>
        </w:rPr>
      </w:pPr>
      <w:r w:rsidRPr="00DB77F8">
        <w:rPr>
          <w:b/>
          <w:sz w:val="24"/>
          <w:szCs w:val="24"/>
        </w:rPr>
        <w:t>海关物流周期</w:t>
      </w:r>
      <w:r w:rsidRPr="00DB77F8">
        <w:rPr>
          <w:sz w:val="24"/>
          <w:szCs w:val="24"/>
        </w:rPr>
        <w:t>：海运出口约25-45天（含报关、运输、清关），空运出口约7-15天，具体取决于目的国和运输方式</w:t>
      </w:r>
    </w:p>
    <w:p w:rsidR="00CA082A" w:rsidRPr="00DB77F8" w:rsidRDefault="00CD25AF">
      <w:pPr>
        <w:pStyle w:val="a0"/>
        <w:rPr>
          <w:sz w:val="24"/>
          <w:szCs w:val="24"/>
        </w:rPr>
      </w:pPr>
      <w:proofErr w:type="spellStart"/>
      <w:r w:rsidRPr="00DB77F8">
        <w:rPr>
          <w:b/>
          <w:sz w:val="24"/>
          <w:szCs w:val="24"/>
        </w:rPr>
        <w:t>专业优势</w:t>
      </w:r>
      <w:proofErr w:type="spellEnd"/>
      <w:r w:rsidRPr="00DB77F8">
        <w:rPr>
          <w:sz w:val="24"/>
          <w:szCs w:val="24"/>
        </w:rPr>
        <w:t>：</w:t>
      </w:r>
      <w:r w:rsidR="00DB77F8" w:rsidRPr="00DB77F8">
        <w:rPr>
          <w:sz w:val="24"/>
          <w:szCs w:val="24"/>
        </w:rPr>
        <w:t xml:space="preserve"> </w:t>
      </w:r>
      <w:r w:rsidRPr="00DB77F8">
        <w:rPr>
          <w:sz w:val="24"/>
          <w:szCs w:val="24"/>
        </w:rPr>
        <w:t>15年+行业经验，技术实力雄厚，产品符合国际标准，适合食品、医药、日化等行业的异物检测项目采购</w:t>
      </w:r>
    </w:p>
    <w:p w:rsidR="00CA082A" w:rsidRDefault="00CD25AF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ay_taiyi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82A" w:rsidRDefault="00CD25AF">
      <w:pPr>
        <w:jc w:val="center"/>
      </w:pPr>
      <w:r>
        <w:rPr>
          <w:sz w:val="18"/>
        </w:rPr>
        <w:lastRenderedPageBreak/>
        <w:t>图：工业X射线检测系统（上海太易同类型产品参考）</w:t>
      </w:r>
    </w:p>
    <w:p w:rsidR="00CA082A" w:rsidRDefault="00CD25AF">
      <w:pPr>
        <w:pStyle w:val="21"/>
      </w:pPr>
      <w:r>
        <w:rPr>
          <w:rFonts w:ascii="宋体" w:eastAsia="宋体" w:hAnsi="宋体"/>
        </w:rPr>
        <w:t>5. 东莞市二郎神影像设备有限公司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企业真实性</w:t>
      </w:r>
      <w:r w:rsidRPr="00EA6C68">
        <w:rPr>
          <w:sz w:val="24"/>
          <w:szCs w:val="24"/>
        </w:rPr>
        <w:t>：2013年7月24日成立，法定代表人</w:t>
      </w:r>
      <w:r w:rsidR="00453A23" w:rsidRPr="00EA6C68">
        <w:rPr>
          <w:sz w:val="24"/>
          <w:szCs w:val="24"/>
        </w:rPr>
        <w:t>李树军</w:t>
      </w:r>
      <w:r w:rsidRPr="00EA6C68">
        <w:rPr>
          <w:sz w:val="24"/>
          <w:szCs w:val="24"/>
        </w:rPr>
        <w:t>，在营企业，注册资本3160万元，高新技术企业</w:t>
      </w:r>
    </w:p>
    <w:p w:rsidR="00453A23" w:rsidRPr="00EA6C68" w:rsidRDefault="00453A23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参保人数</w:t>
      </w:r>
      <w:r w:rsidRPr="00EA6C68">
        <w:rPr>
          <w:sz w:val="24"/>
          <w:szCs w:val="24"/>
        </w:rPr>
        <w:t>：</w:t>
      </w:r>
      <w:r w:rsidRPr="00EA6C68">
        <w:rPr>
          <w:rFonts w:hint="eastAsia"/>
          <w:sz w:val="24"/>
          <w:szCs w:val="24"/>
          <w:lang w:eastAsia="zh-CN"/>
        </w:rPr>
        <w:t>33人</w:t>
      </w:r>
    </w:p>
    <w:p w:rsidR="00EA6C68" w:rsidRDefault="00CD25AF" w:rsidP="00EA6C68">
      <w:pPr>
        <w:pStyle w:val="a0"/>
        <w:rPr>
          <w:rFonts w:hint="eastAsia"/>
          <w:sz w:val="24"/>
          <w:szCs w:val="24"/>
        </w:rPr>
      </w:pPr>
      <w:r w:rsidRPr="00EA6C68">
        <w:rPr>
          <w:b/>
          <w:sz w:val="24"/>
          <w:szCs w:val="24"/>
        </w:rPr>
        <w:t>地址</w:t>
      </w:r>
      <w:r w:rsidRPr="00EA6C68">
        <w:rPr>
          <w:sz w:val="24"/>
          <w:szCs w:val="24"/>
        </w:rPr>
        <w:t>：广东省东莞市厚街镇环冈金沙路1号1号楼101室</w:t>
      </w:r>
    </w:p>
    <w:p w:rsidR="00CA082A" w:rsidRPr="00EA6C68" w:rsidRDefault="00CD25AF" w:rsidP="00EA6C68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企业资质</w:t>
      </w:r>
      <w:r w:rsidRPr="00EA6C68">
        <w:rPr>
          <w:sz w:val="24"/>
          <w:szCs w:val="24"/>
        </w:rPr>
        <w:t>：高新技术企业，辐射安全许可证，ISO9001认证，10年+行业经验，</w:t>
      </w:r>
      <w:r w:rsidR="00EA6C68" w:rsidRPr="00EA6C68">
        <w:rPr>
          <w:rFonts w:cs="宋体"/>
          <w:sz w:val="24"/>
          <w:szCs w:val="24"/>
          <w:lang w:eastAsia="zh-CN"/>
        </w:rPr>
        <w:t>拥有ISO9001质量管理体系认证、一般纳税人、自营进出口备案；拥有数十项智能视觉检测、AI分拣设备专利与软著，CE出口安全认证、</w:t>
      </w:r>
      <w:proofErr w:type="spellStart"/>
      <w:r w:rsidR="00EA6C68" w:rsidRPr="00EA6C68">
        <w:rPr>
          <w:rFonts w:cs="宋体"/>
          <w:sz w:val="24"/>
          <w:szCs w:val="24"/>
          <w:lang w:eastAsia="zh-CN"/>
        </w:rPr>
        <w:t>RoHS</w:t>
      </w:r>
      <w:proofErr w:type="spellEnd"/>
      <w:r w:rsidR="00EA6C68" w:rsidRPr="00EA6C68">
        <w:rPr>
          <w:rFonts w:cs="宋体"/>
          <w:sz w:val="24"/>
          <w:szCs w:val="24"/>
          <w:lang w:eastAsia="zh-CN"/>
        </w:rPr>
        <w:t>环保认证；可提供设备性能、材质合规检测单据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联系方式</w:t>
      </w:r>
      <w:r w:rsidRPr="00EA6C68">
        <w:rPr>
          <w:sz w:val="24"/>
          <w:szCs w:val="24"/>
        </w:rPr>
        <w:t>：电话：</w:t>
      </w:r>
      <w:r w:rsidR="00453A23" w:rsidRPr="00EA6C68">
        <w:rPr>
          <w:sz w:val="24"/>
          <w:szCs w:val="24"/>
        </w:rPr>
        <w:t>0769-23668185</w:t>
      </w:r>
      <w:r w:rsidRPr="00EA6C68">
        <w:rPr>
          <w:sz w:val="24"/>
          <w:szCs w:val="24"/>
        </w:rPr>
        <w:t>，官网：</w:t>
      </w:r>
      <w:r w:rsidR="00453A23" w:rsidRPr="00EA6C68">
        <w:rPr>
          <w:sz w:val="24"/>
          <w:szCs w:val="24"/>
        </w:rPr>
        <w:t>http://www.xrayjc.com/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核心产品</w:t>
      </w:r>
      <w:r w:rsidRPr="00EA6C68">
        <w:rPr>
          <w:sz w:val="24"/>
          <w:szCs w:val="24"/>
        </w:rPr>
        <w:t>：安检机、X光鞋子异物检测机、X光食品异物检测机、工业X光机、X射线异物探测设备、安检检测系统，产品覆盖公共安全、食品、鞋服、电子、工业制造等行业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技术特点</w:t>
      </w:r>
      <w:r w:rsidRPr="00EA6C68">
        <w:rPr>
          <w:sz w:val="24"/>
          <w:szCs w:val="24"/>
        </w:rPr>
        <w:t>：深耕安检设备、工业无损探测领域十余载，自2010年创立，以辐射影像技术为核心；集安检检测系统、X射线异物探测设备研发、生产、销售、服务于一体；在X光成像、图像处理、异物识别算法等方面技术积累深厚；拥有多项核心技术和专利，产品系列齐全；可提供从单机设备到整厂检测系统的全套解决方案；产品广泛应用于公共安全、食品、鞋服、电子、工业制造等行业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出口信息</w:t>
      </w:r>
      <w:r w:rsidRPr="00EA6C68">
        <w:rPr>
          <w:sz w:val="24"/>
          <w:szCs w:val="24"/>
        </w:rPr>
        <w:t>：产品出口全球多个国家和地区，面向全球客户提供一站式、高效安全检测解决方案，一般贸易方式，拥有自营进出口权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海关编码</w:t>
      </w:r>
      <w:r w:rsidRPr="00EA6C68">
        <w:rPr>
          <w:sz w:val="24"/>
          <w:szCs w:val="24"/>
        </w:rPr>
        <w:t>：主要归类：</w:t>
      </w:r>
      <w:r w:rsidR="00453A23" w:rsidRPr="00EA6C68">
        <w:rPr>
          <w:sz w:val="24"/>
          <w:szCs w:val="24"/>
        </w:rPr>
        <w:t>90221910</w:t>
      </w:r>
      <w:r w:rsidRPr="00EA6C68">
        <w:rPr>
          <w:sz w:val="24"/>
          <w:szCs w:val="24"/>
        </w:rPr>
        <w:t>（</w:t>
      </w:r>
      <w:r w:rsidR="00453A23" w:rsidRPr="00EA6C68">
        <w:rPr>
          <w:sz w:val="24"/>
          <w:szCs w:val="24"/>
        </w:rPr>
        <w:t>低剂量</w:t>
      </w:r>
      <w:r w:rsidRPr="00EA6C68">
        <w:rPr>
          <w:sz w:val="24"/>
          <w:szCs w:val="24"/>
        </w:rPr>
        <w:t>X射线安全检查设备），工业检测设备归类：</w:t>
      </w:r>
      <w:r w:rsidR="00453A23" w:rsidRPr="00EA6C68">
        <w:rPr>
          <w:sz w:val="24"/>
          <w:szCs w:val="24"/>
        </w:rPr>
        <w:t>90221920</w:t>
      </w:r>
      <w:r w:rsidRPr="00EA6C68">
        <w:rPr>
          <w:sz w:val="24"/>
          <w:szCs w:val="24"/>
        </w:rPr>
        <w:t>（X射线无损探伤检测仪）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价格参考</w:t>
      </w:r>
      <w:r w:rsidRPr="00EA6C68">
        <w:rPr>
          <w:sz w:val="24"/>
          <w:szCs w:val="24"/>
        </w:rPr>
        <w:t>：标准中小型检测设备约5-30万元/台套，大型安检系统约20-100万元/项目，工业检测系统约30-150万元/项目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生产周期</w:t>
      </w:r>
      <w:r w:rsidRPr="00EA6C68">
        <w:rPr>
          <w:sz w:val="24"/>
          <w:szCs w:val="24"/>
        </w:rPr>
        <w:t>：标准设备15-30天，定制设备30-60天，大型系统集成项目45-90天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海关物流周期</w:t>
      </w:r>
      <w:r w:rsidRPr="00EA6C68">
        <w:rPr>
          <w:sz w:val="24"/>
          <w:szCs w:val="24"/>
        </w:rPr>
        <w:t>：海运出口约25-45天（含报关、运输、清关），空运出口约7-15天，具体取决于目的国和运输方式</w:t>
      </w:r>
    </w:p>
    <w:p w:rsidR="00CA082A" w:rsidRPr="00EA6C68" w:rsidRDefault="00CD25AF">
      <w:pPr>
        <w:pStyle w:val="a0"/>
        <w:rPr>
          <w:sz w:val="24"/>
          <w:szCs w:val="24"/>
        </w:rPr>
      </w:pPr>
      <w:r w:rsidRPr="00EA6C68">
        <w:rPr>
          <w:b/>
          <w:sz w:val="24"/>
          <w:szCs w:val="24"/>
        </w:rPr>
        <w:t>性价比优势</w:t>
      </w:r>
      <w:r w:rsidRPr="00EA6C68">
        <w:rPr>
          <w:sz w:val="24"/>
          <w:szCs w:val="24"/>
        </w:rPr>
        <w:t>：10年+行业经验，产品系列齐全，性价比高，交货周期短，服务响应快，适合安检、食品、鞋服、电子等行业的中低端检测项目采购</w:t>
      </w:r>
    </w:p>
    <w:p w:rsidR="00CA082A" w:rsidRDefault="00CD25AF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411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ray_erlangshen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82A" w:rsidRDefault="00CD25AF">
      <w:pPr>
        <w:jc w:val="center"/>
        <w:rPr>
          <w:sz w:val="18"/>
          <w:lang w:eastAsia="zh-CN"/>
        </w:rPr>
      </w:pPr>
      <w:r>
        <w:rPr>
          <w:sz w:val="18"/>
        </w:rPr>
        <w:t>图：X光检测设备（二郎神同类型产品参考）</w:t>
      </w:r>
    </w:p>
    <w:p w:rsidR="00C47931" w:rsidRDefault="00C47931" w:rsidP="00C47931">
      <w:pPr>
        <w:jc w:val="center"/>
        <w:rPr>
          <w:lang w:eastAsia="zh-CN"/>
        </w:rPr>
      </w:pPr>
    </w:p>
    <w:sectPr w:rsidR="00C479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3B7" w:rsidRDefault="00F043B7" w:rsidP="00EA6C68">
      <w:pPr>
        <w:spacing w:after="0" w:line="240" w:lineRule="auto"/>
      </w:pPr>
      <w:r>
        <w:separator/>
      </w:r>
    </w:p>
  </w:endnote>
  <w:endnote w:type="continuationSeparator" w:id="0">
    <w:p w:rsidR="00F043B7" w:rsidRDefault="00F043B7" w:rsidP="00EA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3B7" w:rsidRDefault="00F043B7" w:rsidP="00EA6C68">
      <w:pPr>
        <w:spacing w:after="0" w:line="240" w:lineRule="auto"/>
      </w:pPr>
      <w:r>
        <w:separator/>
      </w:r>
    </w:p>
  </w:footnote>
  <w:footnote w:type="continuationSeparator" w:id="0">
    <w:p w:rsidR="00F043B7" w:rsidRDefault="00F043B7" w:rsidP="00EA6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C44A4"/>
    <w:rsid w:val="0015074B"/>
    <w:rsid w:val="001B2DC8"/>
    <w:rsid w:val="0029639D"/>
    <w:rsid w:val="003164FA"/>
    <w:rsid w:val="00326F90"/>
    <w:rsid w:val="00371ADA"/>
    <w:rsid w:val="00453A23"/>
    <w:rsid w:val="005202FC"/>
    <w:rsid w:val="00A56B38"/>
    <w:rsid w:val="00AA1D8D"/>
    <w:rsid w:val="00B47730"/>
    <w:rsid w:val="00C47931"/>
    <w:rsid w:val="00CA082A"/>
    <w:rsid w:val="00CB0664"/>
    <w:rsid w:val="00CD25AF"/>
    <w:rsid w:val="00DB77F8"/>
    <w:rsid w:val="00EA6C68"/>
    <w:rsid w:val="00F043B7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C47931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C47931"/>
    <w:rPr>
      <w:rFonts w:ascii="宋体" w:eastAsia="宋体" w:hAnsi="宋体"/>
      <w:sz w:val="18"/>
      <w:szCs w:val="18"/>
    </w:rPr>
  </w:style>
  <w:style w:type="character" w:styleId="afb">
    <w:name w:val="Hyperlink"/>
    <w:basedOn w:val="a2"/>
    <w:uiPriority w:val="99"/>
    <w:unhideWhenUsed/>
    <w:rsid w:val="00C479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6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n-ndt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1C4A6F-3121-4DDB-9473-5C1913B7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8</cp:revision>
  <dcterms:created xsi:type="dcterms:W3CDTF">2026-07-04T08:22:00Z</dcterms:created>
  <dcterms:modified xsi:type="dcterms:W3CDTF">2026-07-17T01:02:00Z</dcterms:modified>
</cp:coreProperties>
</file>