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92E" w:rsidRDefault="00981828">
      <w:pPr>
        <w:pStyle w:val="a8"/>
        <w:jc w:val="center"/>
      </w:pPr>
      <w:proofErr w:type="spellStart"/>
      <w:r w:rsidRPr="00592ECA">
        <w:rPr>
          <w:rFonts w:ascii="宋体" w:eastAsia="宋体" w:hAnsi="宋体"/>
          <w:b/>
          <w:sz w:val="44"/>
          <w:szCs w:val="44"/>
        </w:rPr>
        <w:t>视觉检测机厂家采购对比报</w:t>
      </w:r>
      <w:r>
        <w:rPr>
          <w:rFonts w:ascii="宋体" w:eastAsia="宋体" w:hAnsi="宋体"/>
          <w:b/>
          <w:sz w:val="32"/>
        </w:rPr>
        <w:t>告</w:t>
      </w:r>
      <w:proofErr w:type="spellEnd"/>
    </w:p>
    <w:p w:rsidR="00EC792E" w:rsidRDefault="00981828" w:rsidP="00592ECA">
      <w:pPr>
        <w:rPr>
          <w:rFonts w:hint="eastAsia"/>
          <w:sz w:val="24"/>
          <w:szCs w:val="24"/>
          <w:lang w:eastAsia="zh-CN"/>
        </w:rPr>
      </w:pPr>
      <w:r w:rsidRPr="00592ECA">
        <w:rPr>
          <w:sz w:val="24"/>
          <w:szCs w:val="24"/>
        </w:rPr>
        <w:t>本报告精选5家视觉检测设备制造商，均为工商注册在营企业，涵盖高新技术企业、专精特新企业、专业检测设备厂商等，适配坚果/食品生产线视觉检测，供采购参考。</w:t>
      </w:r>
    </w:p>
    <w:p w:rsidR="00592ECA" w:rsidRPr="00592ECA" w:rsidRDefault="00592ECA" w:rsidP="00592ECA">
      <w:pPr>
        <w:jc w:val="center"/>
        <w:rPr>
          <w:rFonts w:hint="eastAsia"/>
          <w:sz w:val="24"/>
          <w:szCs w:val="24"/>
          <w:lang w:eastAsia="zh-CN"/>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在线视觉检测机 的图像结果" style="width:24pt;height:24pt"/>
        </w:pict>
      </w:r>
      <w:r w:rsidRPr="00592ECA">
        <w:t xml:space="preserve"> </w:t>
      </w:r>
      <w:r>
        <w:rPr>
          <w:noProof/>
          <w:lang w:eastAsia="zh-CN"/>
        </w:rPr>
        <w:drawing>
          <wp:inline distT="0" distB="0" distL="0" distR="0">
            <wp:extent cx="4123266" cy="3302000"/>
            <wp:effectExtent l="19050" t="0" r="0" b="0"/>
            <wp:docPr id="19" name="图片 19" descr="CCD 视觉检测机：现代工业的智能之眼 - 知乎"/>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CCD 视觉检测机：现代工业的智能之眼 - 知乎"/>
                    <pic:cNvPicPr>
                      <a:picLocks noChangeAspect="1" noChangeArrowheads="1"/>
                    </pic:cNvPicPr>
                  </pic:nvPicPr>
                  <pic:blipFill>
                    <a:blip r:embed="rId8"/>
                    <a:srcRect/>
                    <a:stretch>
                      <a:fillRect/>
                    </a:stretch>
                  </pic:blipFill>
                  <pic:spPr bwMode="auto">
                    <a:xfrm>
                      <a:off x="0" y="0"/>
                      <a:ext cx="4132232" cy="3309181"/>
                    </a:xfrm>
                    <a:prstGeom prst="rect">
                      <a:avLst/>
                    </a:prstGeom>
                    <a:noFill/>
                    <a:ln w="9525">
                      <a:noFill/>
                      <a:miter lim="800000"/>
                      <a:headEnd/>
                      <a:tailEnd/>
                    </a:ln>
                  </pic:spPr>
                </pic:pic>
              </a:graphicData>
            </a:graphic>
          </wp:inline>
        </w:drawing>
      </w:r>
    </w:p>
    <w:p w:rsidR="00EC792E" w:rsidRDefault="00981828">
      <w:pPr>
        <w:jc w:val="center"/>
      </w:pPr>
      <w:r>
        <w:rPr>
          <w:sz w:val="18"/>
        </w:rPr>
        <w:t>图：在线视觉检测机（AOI自动光学检测设备）</w:t>
      </w:r>
    </w:p>
    <w:p w:rsidR="00EC792E" w:rsidRDefault="00981828">
      <w:pPr>
        <w:pStyle w:val="1"/>
      </w:pPr>
      <w:r>
        <w:rPr>
          <w:rFonts w:ascii="宋体" w:eastAsia="宋体" w:hAnsi="宋体"/>
        </w:rPr>
        <w:t>各厂家详细介绍</w:t>
      </w:r>
    </w:p>
    <w:p w:rsidR="00EC792E" w:rsidRPr="00615264" w:rsidRDefault="00981828">
      <w:pPr>
        <w:pStyle w:val="21"/>
        <w:rPr>
          <w:sz w:val="28"/>
          <w:szCs w:val="28"/>
        </w:rPr>
      </w:pPr>
      <w:r w:rsidRPr="00615264">
        <w:rPr>
          <w:rFonts w:ascii="宋体" w:eastAsia="宋体" w:hAnsi="宋体"/>
          <w:sz w:val="28"/>
          <w:szCs w:val="28"/>
        </w:rPr>
        <w:t>1. 山东海德智能科技有限公司</w:t>
      </w:r>
    </w:p>
    <w:p w:rsidR="00EC792E" w:rsidRPr="00615264" w:rsidRDefault="00981828">
      <w:pPr>
        <w:pStyle w:val="a0"/>
        <w:rPr>
          <w:sz w:val="24"/>
          <w:szCs w:val="24"/>
        </w:rPr>
      </w:pPr>
      <w:proofErr w:type="spellStart"/>
      <w:r w:rsidRPr="001B120C">
        <w:rPr>
          <w:b/>
          <w:sz w:val="24"/>
          <w:szCs w:val="24"/>
        </w:rPr>
        <w:t>企业真实性</w:t>
      </w:r>
      <w:proofErr w:type="spellEnd"/>
      <w:r w:rsidRPr="001B120C">
        <w:rPr>
          <w:b/>
          <w:sz w:val="24"/>
          <w:szCs w:val="24"/>
        </w:rPr>
        <w:t>：</w:t>
      </w:r>
      <w:r w:rsidR="00615264" w:rsidRPr="00615264">
        <w:rPr>
          <w:sz w:val="24"/>
          <w:szCs w:val="24"/>
        </w:rPr>
        <w:t xml:space="preserve"> </w:t>
      </w:r>
      <w:r w:rsidRPr="00615264">
        <w:rPr>
          <w:sz w:val="24"/>
          <w:szCs w:val="24"/>
        </w:rPr>
        <w:t>2014年4月23日成立，法定代表人刘振亭，在营企业，注册资本2000万元，高新技术企业，专精特新中小企业</w:t>
      </w:r>
    </w:p>
    <w:p w:rsidR="00EC792E" w:rsidRPr="00615264" w:rsidRDefault="00DD63B0">
      <w:pPr>
        <w:pStyle w:val="a0"/>
        <w:rPr>
          <w:sz w:val="24"/>
          <w:szCs w:val="24"/>
        </w:rPr>
      </w:pPr>
      <w:r w:rsidRPr="001B120C">
        <w:rPr>
          <w:b/>
          <w:sz w:val="24"/>
          <w:szCs w:val="24"/>
        </w:rPr>
        <w:t>参保人数：</w:t>
      </w:r>
      <w:r w:rsidRPr="00615264">
        <w:rPr>
          <w:rFonts w:hint="eastAsia"/>
          <w:sz w:val="24"/>
          <w:szCs w:val="24"/>
          <w:lang w:eastAsia="zh-CN"/>
        </w:rPr>
        <w:t>84人</w:t>
      </w:r>
      <w:r w:rsidR="00981828" w:rsidRPr="00615264">
        <w:rPr>
          <w:sz w:val="24"/>
          <w:szCs w:val="24"/>
        </w:rPr>
        <w:t>，其中专业技术人员占比高，研发团队实力雄厚，近三年以超过13%的高额研发投入持续开展技术攻关</w:t>
      </w:r>
    </w:p>
    <w:p w:rsidR="00DD63B0" w:rsidRPr="00615264" w:rsidRDefault="00981828">
      <w:pPr>
        <w:pStyle w:val="a0"/>
        <w:rPr>
          <w:sz w:val="24"/>
          <w:szCs w:val="24"/>
        </w:rPr>
      </w:pPr>
      <w:r w:rsidRPr="001B120C">
        <w:rPr>
          <w:b/>
          <w:sz w:val="24"/>
          <w:szCs w:val="24"/>
        </w:rPr>
        <w:t>地址：</w:t>
      </w:r>
      <w:r w:rsidRPr="00615264">
        <w:rPr>
          <w:sz w:val="24"/>
          <w:szCs w:val="24"/>
        </w:rPr>
        <w:t>山东省潍坊高新区清池街道浞源社区高新一路3755号联东U谷潍坊科技创新谷23号楼101户</w:t>
      </w:r>
    </w:p>
    <w:p w:rsidR="00EC792E" w:rsidRPr="00615264" w:rsidRDefault="00981828">
      <w:pPr>
        <w:pStyle w:val="a0"/>
        <w:rPr>
          <w:sz w:val="24"/>
          <w:szCs w:val="24"/>
        </w:rPr>
      </w:pPr>
      <w:proofErr w:type="spellStart"/>
      <w:r w:rsidRPr="001B120C">
        <w:rPr>
          <w:b/>
          <w:sz w:val="24"/>
          <w:szCs w:val="24"/>
        </w:rPr>
        <w:t>厂房面积：</w:t>
      </w:r>
      <w:r w:rsidR="001B120C">
        <w:rPr>
          <w:sz w:val="24"/>
          <w:szCs w:val="24"/>
        </w:rPr>
        <w:t>拥有现代化生产车间和研发中心，配备先进的加工设备和检测设施</w:t>
      </w:r>
      <w:proofErr w:type="spellEnd"/>
    </w:p>
    <w:p w:rsidR="001B120C" w:rsidRPr="001B120C" w:rsidRDefault="00981828">
      <w:pPr>
        <w:pStyle w:val="a0"/>
        <w:rPr>
          <w:rFonts w:hint="eastAsia"/>
          <w:sz w:val="24"/>
          <w:szCs w:val="24"/>
        </w:rPr>
      </w:pPr>
      <w:r w:rsidRPr="001B120C">
        <w:rPr>
          <w:b/>
          <w:sz w:val="24"/>
          <w:szCs w:val="24"/>
        </w:rPr>
        <w:t>企业资质：</w:t>
      </w:r>
      <w:r w:rsidR="001B120C" w:rsidRPr="001B120C">
        <w:rPr>
          <w:sz w:val="24"/>
          <w:szCs w:val="24"/>
        </w:rPr>
        <w:t xml:space="preserve">ISO9001/14001/45001 三体系、DCMM </w:t>
      </w:r>
      <w:proofErr w:type="spellStart"/>
      <w:r w:rsidR="001B120C" w:rsidRPr="001B120C">
        <w:rPr>
          <w:sz w:val="24"/>
          <w:szCs w:val="24"/>
        </w:rPr>
        <w:t>二级数据管理认证、自营进出口权；近</w:t>
      </w:r>
      <w:proofErr w:type="spellEnd"/>
      <w:r w:rsidR="001B120C" w:rsidRPr="001B120C">
        <w:rPr>
          <w:sz w:val="24"/>
          <w:szCs w:val="24"/>
        </w:rPr>
        <w:t xml:space="preserve"> 60 </w:t>
      </w:r>
      <w:proofErr w:type="spellStart"/>
      <w:r w:rsidR="001B120C" w:rsidRPr="001B120C">
        <w:rPr>
          <w:sz w:val="24"/>
          <w:szCs w:val="24"/>
        </w:rPr>
        <w:t>项专利</w:t>
      </w:r>
      <w:proofErr w:type="spellEnd"/>
      <w:r w:rsidR="001B120C" w:rsidRPr="001B120C">
        <w:rPr>
          <w:sz w:val="24"/>
          <w:szCs w:val="24"/>
        </w:rPr>
        <w:t xml:space="preserve"> + 22 项软件著作权</w:t>
      </w:r>
      <w:r w:rsidR="001B120C">
        <w:rPr>
          <w:sz w:val="24"/>
          <w:szCs w:val="24"/>
        </w:rPr>
        <w:t>，</w:t>
      </w:r>
      <w:r w:rsidR="001B120C" w:rsidRPr="001B120C">
        <w:rPr>
          <w:sz w:val="24"/>
          <w:szCs w:val="24"/>
        </w:rPr>
        <w:t>CE（公告机构整机安全认证）</w:t>
      </w:r>
      <w:r w:rsidR="001B120C">
        <w:rPr>
          <w:sz w:val="24"/>
          <w:szCs w:val="24"/>
        </w:rPr>
        <w:t>。</w:t>
      </w:r>
    </w:p>
    <w:p w:rsidR="00EC792E" w:rsidRPr="001B120C" w:rsidRDefault="00981828">
      <w:pPr>
        <w:pStyle w:val="a0"/>
        <w:rPr>
          <w:sz w:val="24"/>
          <w:szCs w:val="24"/>
        </w:rPr>
      </w:pPr>
      <w:r w:rsidRPr="001B120C">
        <w:rPr>
          <w:b/>
          <w:sz w:val="24"/>
          <w:szCs w:val="24"/>
        </w:rPr>
        <w:lastRenderedPageBreak/>
        <w:t>联系方式：</w:t>
      </w:r>
      <w:r w:rsidRPr="001B120C">
        <w:rPr>
          <w:sz w:val="24"/>
          <w:szCs w:val="24"/>
        </w:rPr>
        <w:t>电话：</w:t>
      </w:r>
      <w:r w:rsidR="00DD63B0" w:rsidRPr="001B120C">
        <w:rPr>
          <w:sz w:val="24"/>
          <w:szCs w:val="24"/>
        </w:rPr>
        <w:t>13696365725</w:t>
      </w:r>
      <w:r w:rsidRPr="001B120C">
        <w:rPr>
          <w:sz w:val="24"/>
          <w:szCs w:val="24"/>
        </w:rPr>
        <w:t>，邮箱：</w:t>
      </w:r>
      <w:r w:rsidR="00DD63B0" w:rsidRPr="001B120C">
        <w:rPr>
          <w:sz w:val="24"/>
          <w:szCs w:val="24"/>
        </w:rPr>
        <w:t>sales@header-tech.com</w:t>
      </w:r>
      <w:r w:rsidRPr="001B120C">
        <w:rPr>
          <w:sz w:val="24"/>
          <w:szCs w:val="24"/>
        </w:rPr>
        <w:t>，官网：www.hditec.com</w:t>
      </w:r>
    </w:p>
    <w:p w:rsidR="00EC792E" w:rsidRPr="00615264" w:rsidRDefault="00981828">
      <w:pPr>
        <w:pStyle w:val="a0"/>
        <w:rPr>
          <w:sz w:val="24"/>
          <w:szCs w:val="24"/>
        </w:rPr>
      </w:pPr>
      <w:r w:rsidRPr="001B120C">
        <w:rPr>
          <w:b/>
          <w:sz w:val="24"/>
          <w:szCs w:val="24"/>
        </w:rPr>
        <w:t>核心产品：</w:t>
      </w:r>
      <w:r w:rsidRPr="00615264">
        <w:rPr>
          <w:sz w:val="24"/>
          <w:szCs w:val="24"/>
        </w:rPr>
        <w:t>智能视觉检测系统、工业自动化装备、机器视觉检测、测量、定位、识别、AI智能视觉检测以及自动化设备的研发制造，产品广泛应用于元宇宙、电子、半导体、新能源、汽车、医药等领域</w:t>
      </w:r>
    </w:p>
    <w:p w:rsidR="00EC792E" w:rsidRPr="00615264" w:rsidRDefault="00981828">
      <w:pPr>
        <w:pStyle w:val="a0"/>
        <w:rPr>
          <w:sz w:val="24"/>
          <w:szCs w:val="24"/>
        </w:rPr>
      </w:pPr>
      <w:r w:rsidRPr="001B120C">
        <w:rPr>
          <w:b/>
          <w:sz w:val="24"/>
          <w:szCs w:val="24"/>
        </w:rPr>
        <w:t>技术特点</w:t>
      </w:r>
      <w:r w:rsidRPr="00615264">
        <w:rPr>
          <w:sz w:val="24"/>
          <w:szCs w:val="24"/>
        </w:rPr>
        <w:t>：10年+行业经验，专注于智能机器视觉与工业智能制造装备；业务涵盖智能视觉检测系统和工业自动化装备两大板块；近三年以超过13%的高额研发投入持续开展技术攻关，先后获得自主知识产权近六十项；与众多国际知名制造业企业建立了长期稳定的合作伙伴关系；可提供从单机设备到整厂智能检测系统的全套解决方案</w:t>
      </w:r>
    </w:p>
    <w:p w:rsidR="00EC792E" w:rsidRPr="00615264" w:rsidRDefault="00981828">
      <w:pPr>
        <w:pStyle w:val="a0"/>
        <w:rPr>
          <w:sz w:val="24"/>
          <w:szCs w:val="24"/>
        </w:rPr>
      </w:pPr>
      <w:r w:rsidRPr="001B120C">
        <w:rPr>
          <w:b/>
          <w:sz w:val="24"/>
          <w:szCs w:val="24"/>
        </w:rPr>
        <w:t>出口信息：</w:t>
      </w:r>
      <w:r w:rsidRPr="00615264">
        <w:rPr>
          <w:sz w:val="24"/>
          <w:szCs w:val="24"/>
        </w:rPr>
        <w:t>产品出口全球多个国家和地区，服务海外工业项目，一般贸易方式，拥有自营进出口权，产品广泛应用于国际知名制造业企业</w:t>
      </w:r>
    </w:p>
    <w:p w:rsidR="00EC792E" w:rsidRPr="00615264" w:rsidRDefault="00981828">
      <w:pPr>
        <w:pStyle w:val="a0"/>
        <w:rPr>
          <w:sz w:val="24"/>
          <w:szCs w:val="24"/>
        </w:rPr>
      </w:pPr>
      <w:r w:rsidRPr="001B120C">
        <w:rPr>
          <w:b/>
          <w:sz w:val="24"/>
          <w:szCs w:val="24"/>
        </w:rPr>
        <w:t>海关编码：</w:t>
      </w:r>
      <w:r w:rsidRPr="00615264">
        <w:rPr>
          <w:sz w:val="24"/>
          <w:szCs w:val="24"/>
        </w:rPr>
        <w:t>主要归类：</w:t>
      </w:r>
      <w:r w:rsidR="00DD63B0" w:rsidRPr="00615264">
        <w:rPr>
          <w:sz w:val="24"/>
          <w:szCs w:val="24"/>
        </w:rPr>
        <w:t>90318090</w:t>
      </w:r>
      <w:r w:rsidRPr="00615264">
        <w:rPr>
          <w:sz w:val="24"/>
          <w:szCs w:val="24"/>
        </w:rPr>
        <w:t>（其他）</w:t>
      </w:r>
    </w:p>
    <w:p w:rsidR="00EC792E" w:rsidRPr="00615264" w:rsidRDefault="00981828">
      <w:pPr>
        <w:pStyle w:val="a0"/>
        <w:rPr>
          <w:sz w:val="24"/>
          <w:szCs w:val="24"/>
        </w:rPr>
      </w:pPr>
      <w:r w:rsidRPr="001B120C">
        <w:rPr>
          <w:b/>
          <w:sz w:val="24"/>
          <w:szCs w:val="24"/>
        </w:rPr>
        <w:t>价格参考</w:t>
      </w:r>
      <w:r w:rsidRPr="00615264">
        <w:rPr>
          <w:sz w:val="24"/>
          <w:szCs w:val="24"/>
        </w:rPr>
        <w:t>：标准中小型视觉检测设备约5-20万元/台套，大型智能视觉检测系统约15-60万元/项目，整厂检测线集成约30-150万元/项目</w:t>
      </w:r>
    </w:p>
    <w:p w:rsidR="00EC792E" w:rsidRPr="00615264" w:rsidRDefault="00981828">
      <w:pPr>
        <w:pStyle w:val="a0"/>
        <w:rPr>
          <w:sz w:val="24"/>
          <w:szCs w:val="24"/>
        </w:rPr>
      </w:pPr>
      <w:r w:rsidRPr="001B120C">
        <w:rPr>
          <w:b/>
          <w:sz w:val="24"/>
          <w:szCs w:val="24"/>
        </w:rPr>
        <w:t>生产周期：</w:t>
      </w:r>
      <w:r w:rsidRPr="00615264">
        <w:rPr>
          <w:sz w:val="24"/>
          <w:szCs w:val="24"/>
        </w:rPr>
        <w:t>标准设备20-40天，定制设备40-70天，大型系统集成项目60-120天</w:t>
      </w:r>
    </w:p>
    <w:p w:rsidR="00EC792E" w:rsidRPr="00615264" w:rsidRDefault="00981828">
      <w:pPr>
        <w:pStyle w:val="a0"/>
        <w:rPr>
          <w:sz w:val="24"/>
          <w:szCs w:val="24"/>
        </w:rPr>
      </w:pPr>
      <w:r w:rsidRPr="001B120C">
        <w:rPr>
          <w:b/>
          <w:sz w:val="24"/>
          <w:szCs w:val="24"/>
        </w:rPr>
        <w:t>海关物流周期（青岛港起运）：</w:t>
      </w:r>
      <w:r w:rsidRPr="00615264">
        <w:rPr>
          <w:sz w:val="24"/>
          <w:szCs w:val="24"/>
        </w:rPr>
        <w:t>海运出口约25-45天（含报关、运输、清关），空运出口约7-15天，具体取决于目的国和运输方式</w:t>
      </w:r>
    </w:p>
    <w:p w:rsidR="00EC792E" w:rsidRPr="00615264" w:rsidRDefault="00981828">
      <w:pPr>
        <w:pStyle w:val="a0"/>
        <w:rPr>
          <w:sz w:val="24"/>
          <w:szCs w:val="24"/>
        </w:rPr>
      </w:pPr>
      <w:proofErr w:type="spellStart"/>
      <w:r w:rsidRPr="001B120C">
        <w:rPr>
          <w:b/>
          <w:sz w:val="24"/>
          <w:szCs w:val="24"/>
        </w:rPr>
        <w:t>技术优势</w:t>
      </w:r>
      <w:proofErr w:type="spellEnd"/>
      <w:r w:rsidRPr="001B120C">
        <w:rPr>
          <w:b/>
          <w:sz w:val="24"/>
          <w:szCs w:val="24"/>
        </w:rPr>
        <w:t>：</w:t>
      </w:r>
      <w:r w:rsidR="00615264" w:rsidRPr="00615264">
        <w:rPr>
          <w:sz w:val="24"/>
          <w:szCs w:val="24"/>
        </w:rPr>
        <w:t xml:space="preserve"> </w:t>
      </w:r>
      <w:r w:rsidRPr="00615264">
        <w:rPr>
          <w:sz w:val="24"/>
          <w:szCs w:val="24"/>
        </w:rPr>
        <w:t>10年+行业经验，近六十项自主知识产权，研发投入高，技术实力雄厚，适合对检测精度和可靠性要求高的高端项目采购</w:t>
      </w:r>
    </w:p>
    <w:p w:rsidR="00EC792E" w:rsidRDefault="00981828">
      <w:pPr>
        <w:jc w:val="center"/>
      </w:pPr>
      <w:r>
        <w:rPr>
          <w:noProof/>
          <w:lang w:eastAsia="zh-CN"/>
        </w:rPr>
        <w:lastRenderedPageBreak/>
        <w:drawing>
          <wp:inline distT="0" distB="0" distL="0" distR="0">
            <wp:extent cx="4114800" cy="411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on_haide.jpg"/>
                    <pic:cNvPicPr/>
                  </pic:nvPicPr>
                  <pic:blipFill>
                    <a:blip r:embed="rId9"/>
                    <a:stretch>
                      <a:fillRect/>
                    </a:stretch>
                  </pic:blipFill>
                  <pic:spPr>
                    <a:xfrm>
                      <a:off x="0" y="0"/>
                      <a:ext cx="4114800" cy="4114800"/>
                    </a:xfrm>
                    <a:prstGeom prst="rect">
                      <a:avLst/>
                    </a:prstGeom>
                  </pic:spPr>
                </pic:pic>
              </a:graphicData>
            </a:graphic>
          </wp:inline>
        </w:drawing>
      </w:r>
    </w:p>
    <w:p w:rsidR="00EC792E" w:rsidRDefault="00981828">
      <w:pPr>
        <w:jc w:val="center"/>
      </w:pPr>
      <w:r>
        <w:rPr>
          <w:sz w:val="18"/>
        </w:rPr>
        <w:t>图：在线视觉检测系统（海德智能同类型产品参考）</w:t>
      </w:r>
    </w:p>
    <w:p w:rsidR="00EC792E" w:rsidRDefault="00981828">
      <w:pPr>
        <w:pStyle w:val="21"/>
      </w:pPr>
      <w:r>
        <w:rPr>
          <w:rFonts w:ascii="宋体" w:eastAsia="宋体" w:hAnsi="宋体"/>
        </w:rPr>
        <w:t xml:space="preserve">2. </w:t>
      </w:r>
      <w:bookmarkStart w:id="0" w:name="OLE_LINK1"/>
      <w:bookmarkStart w:id="1" w:name="OLE_LINK2"/>
      <w:r>
        <w:rPr>
          <w:rFonts w:ascii="宋体" w:eastAsia="宋体" w:hAnsi="宋体"/>
        </w:rPr>
        <w:t>青岛海之晨工业装备有限公司</w:t>
      </w:r>
      <w:bookmarkEnd w:id="0"/>
      <w:bookmarkEnd w:id="1"/>
    </w:p>
    <w:p w:rsidR="00313486" w:rsidRPr="00313486" w:rsidRDefault="00981828">
      <w:pPr>
        <w:pStyle w:val="a0"/>
        <w:rPr>
          <w:rFonts w:hint="eastAsia"/>
          <w:sz w:val="24"/>
          <w:szCs w:val="24"/>
        </w:rPr>
      </w:pPr>
      <w:r w:rsidRPr="00313486">
        <w:rPr>
          <w:b/>
          <w:sz w:val="24"/>
          <w:szCs w:val="24"/>
        </w:rPr>
        <w:t>企业真实性：</w:t>
      </w:r>
      <w:r w:rsidRPr="00313486">
        <w:rPr>
          <w:sz w:val="24"/>
          <w:szCs w:val="24"/>
        </w:rPr>
        <w:t>2011年12月20日成立，法定代表人陈栋，在营企业，注册资本1091.1139万</w:t>
      </w:r>
      <w:r w:rsidR="00313486" w:rsidRPr="00313486">
        <w:rPr>
          <w:sz w:val="24"/>
          <w:szCs w:val="24"/>
        </w:rPr>
        <w:t>元</w:t>
      </w:r>
    </w:p>
    <w:p w:rsidR="00DD63B0" w:rsidRPr="00313486" w:rsidRDefault="00DD63B0">
      <w:pPr>
        <w:pStyle w:val="a0"/>
        <w:rPr>
          <w:sz w:val="24"/>
          <w:szCs w:val="24"/>
        </w:rPr>
      </w:pPr>
      <w:r w:rsidRPr="00313486">
        <w:rPr>
          <w:b/>
          <w:sz w:val="24"/>
          <w:szCs w:val="24"/>
        </w:rPr>
        <w:t>参保人数</w:t>
      </w:r>
      <w:r w:rsidRPr="00313486">
        <w:rPr>
          <w:rFonts w:hint="eastAsia"/>
          <w:b/>
          <w:sz w:val="24"/>
          <w:szCs w:val="24"/>
        </w:rPr>
        <w:t>;</w:t>
      </w:r>
      <w:r w:rsidRPr="00313486">
        <w:rPr>
          <w:rFonts w:hint="eastAsia"/>
          <w:sz w:val="24"/>
          <w:szCs w:val="24"/>
          <w:lang w:eastAsia="zh-CN"/>
        </w:rPr>
        <w:t>56人</w:t>
      </w:r>
    </w:p>
    <w:p w:rsidR="00DD63B0" w:rsidRPr="00313486" w:rsidRDefault="00981828">
      <w:pPr>
        <w:pStyle w:val="a0"/>
        <w:rPr>
          <w:sz w:val="24"/>
          <w:szCs w:val="24"/>
        </w:rPr>
      </w:pPr>
      <w:r w:rsidRPr="00313486">
        <w:rPr>
          <w:b/>
          <w:sz w:val="24"/>
          <w:szCs w:val="24"/>
        </w:rPr>
        <w:t>地址：</w:t>
      </w:r>
      <w:r w:rsidRPr="00313486">
        <w:rPr>
          <w:sz w:val="24"/>
          <w:szCs w:val="24"/>
        </w:rPr>
        <w:t>中国（山东）自由贸易试验区青岛片区云台山路1000号A2-102室</w:t>
      </w:r>
    </w:p>
    <w:p w:rsidR="00EC792E" w:rsidRPr="00313486" w:rsidRDefault="00981828">
      <w:pPr>
        <w:pStyle w:val="a0"/>
        <w:rPr>
          <w:sz w:val="24"/>
          <w:szCs w:val="24"/>
        </w:rPr>
      </w:pPr>
      <w:proofErr w:type="spellStart"/>
      <w:r w:rsidRPr="00313486">
        <w:rPr>
          <w:b/>
          <w:sz w:val="24"/>
          <w:szCs w:val="24"/>
        </w:rPr>
        <w:t>厂房面积：</w:t>
      </w:r>
      <w:r w:rsidRPr="00313486">
        <w:rPr>
          <w:sz w:val="24"/>
          <w:szCs w:val="24"/>
        </w:rPr>
        <w:t>拥有现代化生产车间和研发中心，配备先进的加工设备和检测设施，是专注于机器视觉应用的高新技术企业</w:t>
      </w:r>
      <w:proofErr w:type="spellEnd"/>
    </w:p>
    <w:p w:rsidR="00EC792E" w:rsidRPr="00313486" w:rsidRDefault="00981828">
      <w:pPr>
        <w:pStyle w:val="a0"/>
        <w:rPr>
          <w:sz w:val="24"/>
          <w:szCs w:val="24"/>
        </w:rPr>
      </w:pPr>
      <w:r w:rsidRPr="00313486">
        <w:rPr>
          <w:b/>
          <w:sz w:val="24"/>
          <w:szCs w:val="24"/>
        </w:rPr>
        <w:t>企业资质</w:t>
      </w:r>
      <w:r w:rsidRPr="00313486">
        <w:rPr>
          <w:sz w:val="24"/>
          <w:szCs w:val="24"/>
        </w:rPr>
        <w:t>：</w:t>
      </w:r>
      <w:r w:rsidR="00313486" w:rsidRPr="00313486">
        <w:rPr>
          <w:sz w:val="24"/>
          <w:szCs w:val="24"/>
        </w:rPr>
        <w:t>ISO9001/14001/45001 三体系</w:t>
      </w:r>
      <w:r w:rsidR="00313486">
        <w:rPr>
          <w:sz w:val="24"/>
          <w:szCs w:val="24"/>
        </w:rPr>
        <w:t>，</w:t>
      </w:r>
      <w:r w:rsidRPr="00313486">
        <w:rPr>
          <w:sz w:val="24"/>
          <w:szCs w:val="24"/>
        </w:rPr>
        <w:t>有44项专利、21项软件著作权、9</w:t>
      </w:r>
      <w:proofErr w:type="spellStart"/>
      <w:r w:rsidRPr="00313486">
        <w:rPr>
          <w:sz w:val="24"/>
          <w:szCs w:val="24"/>
        </w:rPr>
        <w:t>项商标，打造了HAIVision工业质检人工智能平台</w:t>
      </w:r>
      <w:r w:rsidR="00313486">
        <w:rPr>
          <w:sz w:val="24"/>
          <w:szCs w:val="24"/>
        </w:rPr>
        <w:t>，</w:t>
      </w:r>
      <w:r w:rsidR="00313486" w:rsidRPr="00313486">
        <w:rPr>
          <w:sz w:val="24"/>
          <w:szCs w:val="24"/>
        </w:rPr>
        <w:t>CE</w:t>
      </w:r>
      <w:proofErr w:type="spellEnd"/>
      <w:r w:rsidR="00313486" w:rsidRPr="00313486">
        <w:rPr>
          <w:sz w:val="24"/>
          <w:szCs w:val="24"/>
        </w:rPr>
        <w:t xml:space="preserve"> </w:t>
      </w:r>
      <w:proofErr w:type="spellStart"/>
      <w:r w:rsidR="00313486" w:rsidRPr="00313486">
        <w:rPr>
          <w:sz w:val="24"/>
          <w:szCs w:val="24"/>
        </w:rPr>
        <w:t>整机安全认证</w:t>
      </w:r>
      <w:proofErr w:type="spellEnd"/>
      <w:r w:rsidR="00313486">
        <w:rPr>
          <w:sz w:val="24"/>
          <w:szCs w:val="24"/>
        </w:rPr>
        <w:t>。</w:t>
      </w:r>
    </w:p>
    <w:p w:rsidR="00EC792E" w:rsidRPr="00313486" w:rsidRDefault="00981828">
      <w:pPr>
        <w:pStyle w:val="a0"/>
        <w:rPr>
          <w:sz w:val="24"/>
          <w:szCs w:val="24"/>
        </w:rPr>
      </w:pPr>
      <w:r w:rsidRPr="00313486">
        <w:rPr>
          <w:b/>
          <w:sz w:val="24"/>
          <w:szCs w:val="24"/>
        </w:rPr>
        <w:t>联系方式：</w:t>
      </w:r>
      <w:r w:rsidRPr="00313486">
        <w:rPr>
          <w:sz w:val="24"/>
          <w:szCs w:val="24"/>
        </w:rPr>
        <w:t>电话：</w:t>
      </w:r>
      <w:r w:rsidR="00DD63B0" w:rsidRPr="00313486">
        <w:rPr>
          <w:sz w:val="24"/>
          <w:szCs w:val="24"/>
        </w:rPr>
        <w:t>0532-80988282</w:t>
      </w:r>
      <w:r w:rsidRPr="00313486">
        <w:rPr>
          <w:sz w:val="24"/>
          <w:szCs w:val="24"/>
        </w:rPr>
        <w:t>，邮箱：miao998@126.com，官网：www.haizhichen.com</w:t>
      </w:r>
    </w:p>
    <w:p w:rsidR="00EC792E" w:rsidRPr="00313486" w:rsidRDefault="00981828">
      <w:pPr>
        <w:pStyle w:val="a0"/>
        <w:rPr>
          <w:sz w:val="24"/>
          <w:szCs w:val="24"/>
        </w:rPr>
      </w:pPr>
      <w:r w:rsidRPr="00313486">
        <w:rPr>
          <w:b/>
          <w:sz w:val="24"/>
          <w:szCs w:val="24"/>
        </w:rPr>
        <w:t>核心产品：</w:t>
      </w:r>
      <w:r w:rsidRPr="00313486">
        <w:rPr>
          <w:sz w:val="24"/>
          <w:szCs w:val="24"/>
        </w:rPr>
        <w:t>机器视觉系统解决方案、机器视觉软件开发服务、机器视觉配合自动化整体方案及检测设备，HAIVision工业质检人工智能平台，产品广泛应用于汽车、电子、家电、医药等行业</w:t>
      </w:r>
    </w:p>
    <w:p w:rsidR="00EC792E" w:rsidRPr="00313486" w:rsidRDefault="00981828">
      <w:pPr>
        <w:pStyle w:val="a0"/>
        <w:rPr>
          <w:sz w:val="24"/>
          <w:szCs w:val="24"/>
        </w:rPr>
      </w:pPr>
      <w:r w:rsidRPr="00313486">
        <w:rPr>
          <w:b/>
          <w:sz w:val="24"/>
          <w:szCs w:val="24"/>
        </w:rPr>
        <w:t>技术特点：</w:t>
      </w:r>
      <w:r w:rsidRPr="00313486">
        <w:rPr>
          <w:sz w:val="24"/>
          <w:szCs w:val="24"/>
        </w:rPr>
        <w:t>15年+行业经验，专注于机器视觉应用领域；打造了HAIVision工业质检人工智能平台，利用先进的机器视觉技术为工业质检带来革命性变革；</w:t>
      </w:r>
      <w:r w:rsidRPr="00313486">
        <w:rPr>
          <w:sz w:val="24"/>
          <w:szCs w:val="24"/>
        </w:rPr>
        <w:lastRenderedPageBreak/>
        <w:t>通过深度学习技术解决了复杂缺陷定位、检测和分类问题，并具备强大的兼容性和灵活性；主营业务是为客户提供整套机器视觉系统解决方案、机器视觉软件开发服务、机器视觉配合自动化整体方案及检测设备；可提供从单机设备到整厂智能检测系统的全套解决方案</w:t>
      </w:r>
    </w:p>
    <w:p w:rsidR="00EC792E" w:rsidRPr="00313486" w:rsidRDefault="00981828">
      <w:pPr>
        <w:pStyle w:val="a0"/>
        <w:rPr>
          <w:sz w:val="24"/>
          <w:szCs w:val="24"/>
        </w:rPr>
      </w:pPr>
      <w:r w:rsidRPr="00313486">
        <w:rPr>
          <w:b/>
          <w:sz w:val="24"/>
          <w:szCs w:val="24"/>
        </w:rPr>
        <w:t>出口信息：</w:t>
      </w:r>
      <w:r w:rsidRPr="00313486">
        <w:rPr>
          <w:sz w:val="24"/>
          <w:szCs w:val="24"/>
        </w:rPr>
        <w:t>产品出口全球多个国家和地区，服务海外工业项目，一般贸易方式，拥有自营进出口权，与众多国际知名企业建立合作</w:t>
      </w:r>
    </w:p>
    <w:p w:rsidR="00DD63B0" w:rsidRPr="00313486" w:rsidRDefault="00981828">
      <w:pPr>
        <w:pStyle w:val="a0"/>
        <w:rPr>
          <w:sz w:val="24"/>
          <w:szCs w:val="24"/>
        </w:rPr>
      </w:pPr>
      <w:r w:rsidRPr="00313486">
        <w:rPr>
          <w:b/>
          <w:sz w:val="24"/>
          <w:szCs w:val="24"/>
        </w:rPr>
        <w:t>海关编码：</w:t>
      </w:r>
      <w:r w:rsidRPr="00313486">
        <w:rPr>
          <w:sz w:val="24"/>
          <w:szCs w:val="24"/>
        </w:rPr>
        <w:t>主要归类：</w:t>
      </w:r>
      <w:r w:rsidR="00DD63B0" w:rsidRPr="00313486">
        <w:rPr>
          <w:sz w:val="24"/>
          <w:szCs w:val="24"/>
        </w:rPr>
        <w:t>90318090（其他）</w:t>
      </w:r>
    </w:p>
    <w:p w:rsidR="00EC792E" w:rsidRPr="00313486" w:rsidRDefault="00981828">
      <w:pPr>
        <w:pStyle w:val="a0"/>
        <w:rPr>
          <w:sz w:val="24"/>
          <w:szCs w:val="24"/>
        </w:rPr>
      </w:pPr>
      <w:r w:rsidRPr="00313486">
        <w:rPr>
          <w:b/>
          <w:sz w:val="24"/>
          <w:szCs w:val="24"/>
        </w:rPr>
        <w:t>价格参考：</w:t>
      </w:r>
      <w:r w:rsidRPr="00313486">
        <w:rPr>
          <w:sz w:val="24"/>
          <w:szCs w:val="24"/>
        </w:rPr>
        <w:t>标准中小型视觉检测设备约6-25万元/台套，大型智能视觉检测系统约20-70万元/项目，整厂检测线集成约40-180万元/项目</w:t>
      </w:r>
    </w:p>
    <w:p w:rsidR="00EC792E" w:rsidRPr="00313486" w:rsidRDefault="00981828">
      <w:pPr>
        <w:pStyle w:val="a0"/>
        <w:rPr>
          <w:sz w:val="24"/>
          <w:szCs w:val="24"/>
        </w:rPr>
      </w:pPr>
      <w:r w:rsidRPr="00313486">
        <w:rPr>
          <w:b/>
          <w:sz w:val="24"/>
          <w:szCs w:val="24"/>
        </w:rPr>
        <w:t>生产周期：</w:t>
      </w:r>
      <w:r w:rsidRPr="00313486">
        <w:rPr>
          <w:sz w:val="24"/>
          <w:szCs w:val="24"/>
        </w:rPr>
        <w:t>标准设备20-45天，定制设备45-80天，大型系统集成项目70-130天</w:t>
      </w:r>
    </w:p>
    <w:p w:rsidR="00EC792E" w:rsidRPr="00313486" w:rsidRDefault="00981828">
      <w:pPr>
        <w:pStyle w:val="a0"/>
        <w:rPr>
          <w:sz w:val="24"/>
          <w:szCs w:val="24"/>
        </w:rPr>
      </w:pPr>
      <w:r w:rsidRPr="00313486">
        <w:rPr>
          <w:b/>
          <w:sz w:val="24"/>
          <w:szCs w:val="24"/>
        </w:rPr>
        <w:t>海关物流周期（青岛港起运）：</w:t>
      </w:r>
      <w:r w:rsidRPr="00313486">
        <w:rPr>
          <w:sz w:val="24"/>
          <w:szCs w:val="24"/>
        </w:rPr>
        <w:t>海运出口约25-45天（含报关、运输、清关），空运出口约7-15天，具体取决于目的国和运输方式</w:t>
      </w:r>
    </w:p>
    <w:p w:rsidR="00EC792E" w:rsidRPr="00313486" w:rsidRDefault="00981828">
      <w:pPr>
        <w:pStyle w:val="a0"/>
        <w:rPr>
          <w:sz w:val="24"/>
          <w:szCs w:val="24"/>
        </w:rPr>
      </w:pPr>
      <w:r w:rsidRPr="00313486">
        <w:rPr>
          <w:b/>
          <w:sz w:val="24"/>
          <w:szCs w:val="24"/>
        </w:rPr>
        <w:t>品牌优势：</w:t>
      </w:r>
      <w:r w:rsidRPr="00313486">
        <w:rPr>
          <w:sz w:val="24"/>
          <w:szCs w:val="24"/>
        </w:rPr>
        <w:t>，15年+行业经验，A+轮融资，44项专利，HAIVision工业质检人工智能平台，品牌知名度高，适合对品牌和技术实力要求高的中高端项目采购</w:t>
      </w:r>
    </w:p>
    <w:p w:rsidR="00EC792E" w:rsidRDefault="00981828">
      <w:pPr>
        <w:jc w:val="center"/>
      </w:pPr>
      <w:r>
        <w:rPr>
          <w:noProof/>
          <w:lang w:eastAsia="zh-CN"/>
        </w:rPr>
        <w:drawing>
          <wp:inline distT="0" distB="0" distL="0" distR="0">
            <wp:extent cx="4114800" cy="3086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on_haizhichen.jpg"/>
                    <pic:cNvPicPr/>
                  </pic:nvPicPr>
                  <pic:blipFill>
                    <a:blip r:embed="rId10"/>
                    <a:stretch>
                      <a:fillRect/>
                    </a:stretch>
                  </pic:blipFill>
                  <pic:spPr>
                    <a:xfrm>
                      <a:off x="0" y="0"/>
                      <a:ext cx="4114800" cy="3086100"/>
                    </a:xfrm>
                    <a:prstGeom prst="rect">
                      <a:avLst/>
                    </a:prstGeom>
                  </pic:spPr>
                </pic:pic>
              </a:graphicData>
            </a:graphic>
          </wp:inline>
        </w:drawing>
      </w:r>
    </w:p>
    <w:p w:rsidR="00EC792E" w:rsidRDefault="00981828">
      <w:pPr>
        <w:jc w:val="center"/>
      </w:pPr>
      <w:proofErr w:type="spellStart"/>
      <w:r>
        <w:rPr>
          <w:sz w:val="18"/>
        </w:rPr>
        <w:t>图：机器视觉缺陷检测设备（海之晨同类型产品参考</w:t>
      </w:r>
      <w:proofErr w:type="spellEnd"/>
      <w:r>
        <w:rPr>
          <w:sz w:val="18"/>
        </w:rPr>
        <w:t>）</w:t>
      </w:r>
    </w:p>
    <w:p w:rsidR="00EC792E" w:rsidRPr="00D27A2A" w:rsidRDefault="00981828">
      <w:pPr>
        <w:pStyle w:val="21"/>
        <w:rPr>
          <w:sz w:val="28"/>
          <w:szCs w:val="28"/>
        </w:rPr>
      </w:pPr>
      <w:r>
        <w:rPr>
          <w:rFonts w:ascii="宋体" w:eastAsia="宋体" w:hAnsi="宋体"/>
        </w:rPr>
        <w:t>3.</w:t>
      </w:r>
      <w:r w:rsidRPr="00D27A2A">
        <w:rPr>
          <w:rFonts w:ascii="宋体" w:eastAsia="宋体" w:hAnsi="宋体"/>
          <w:sz w:val="28"/>
          <w:szCs w:val="28"/>
        </w:rPr>
        <w:t xml:space="preserve"> 山东明佳科技有限公司</w:t>
      </w:r>
    </w:p>
    <w:p w:rsidR="00DD63B0" w:rsidRPr="00D27A2A" w:rsidRDefault="00981828">
      <w:pPr>
        <w:pStyle w:val="a0"/>
        <w:rPr>
          <w:sz w:val="24"/>
          <w:szCs w:val="24"/>
        </w:rPr>
      </w:pPr>
      <w:proofErr w:type="spellStart"/>
      <w:r w:rsidRPr="00D27A2A">
        <w:rPr>
          <w:b/>
          <w:sz w:val="24"/>
          <w:szCs w:val="24"/>
        </w:rPr>
        <w:t>企业真实性</w:t>
      </w:r>
      <w:proofErr w:type="spellEnd"/>
      <w:r w:rsidRPr="00D27A2A">
        <w:rPr>
          <w:b/>
          <w:sz w:val="24"/>
          <w:szCs w:val="24"/>
        </w:rPr>
        <w:t>：</w:t>
      </w:r>
      <w:r w:rsidR="00D27A2A" w:rsidRPr="00D27A2A">
        <w:rPr>
          <w:sz w:val="24"/>
          <w:szCs w:val="24"/>
        </w:rPr>
        <w:t xml:space="preserve"> </w:t>
      </w:r>
      <w:r w:rsidRPr="00D27A2A">
        <w:rPr>
          <w:sz w:val="24"/>
          <w:szCs w:val="24"/>
        </w:rPr>
        <w:t>2009年7月1日成立，法定代表人安旭，在营企业，注册资本1367.8万元</w:t>
      </w:r>
    </w:p>
    <w:p w:rsidR="00EC792E" w:rsidRPr="00D27A2A" w:rsidRDefault="00DD63B0">
      <w:pPr>
        <w:pStyle w:val="a0"/>
        <w:rPr>
          <w:sz w:val="24"/>
          <w:szCs w:val="24"/>
        </w:rPr>
      </w:pPr>
      <w:r w:rsidRPr="00D27A2A">
        <w:rPr>
          <w:b/>
          <w:sz w:val="24"/>
          <w:szCs w:val="24"/>
        </w:rPr>
        <w:t>参保人数：</w:t>
      </w:r>
      <w:r w:rsidRPr="00D27A2A">
        <w:rPr>
          <w:rFonts w:hint="eastAsia"/>
          <w:sz w:val="24"/>
          <w:szCs w:val="24"/>
          <w:lang w:eastAsia="zh-CN"/>
        </w:rPr>
        <w:t>58人</w:t>
      </w:r>
    </w:p>
    <w:p w:rsidR="00EC792E" w:rsidRPr="00D27A2A" w:rsidRDefault="00981828">
      <w:pPr>
        <w:pStyle w:val="a0"/>
        <w:rPr>
          <w:sz w:val="24"/>
          <w:szCs w:val="24"/>
        </w:rPr>
      </w:pPr>
      <w:proofErr w:type="spellStart"/>
      <w:r w:rsidRPr="00D27A2A">
        <w:rPr>
          <w:b/>
          <w:sz w:val="24"/>
          <w:szCs w:val="24"/>
        </w:rPr>
        <w:t>地址：</w:t>
      </w:r>
      <w:r w:rsidRPr="00D27A2A">
        <w:rPr>
          <w:sz w:val="24"/>
          <w:szCs w:val="24"/>
        </w:rPr>
        <w:t>泰安市泰山青春创业开发区</w:t>
      </w:r>
      <w:proofErr w:type="spellEnd"/>
    </w:p>
    <w:p w:rsidR="00EC792E" w:rsidRPr="00D27A2A" w:rsidRDefault="00981828">
      <w:pPr>
        <w:pStyle w:val="a0"/>
        <w:rPr>
          <w:sz w:val="24"/>
          <w:szCs w:val="24"/>
        </w:rPr>
      </w:pPr>
      <w:r w:rsidRPr="00D27A2A">
        <w:rPr>
          <w:b/>
          <w:sz w:val="24"/>
          <w:szCs w:val="24"/>
        </w:rPr>
        <w:lastRenderedPageBreak/>
        <w:t>厂房面积：</w:t>
      </w:r>
      <w:r w:rsidRPr="00D27A2A">
        <w:rPr>
          <w:sz w:val="24"/>
          <w:szCs w:val="24"/>
        </w:rPr>
        <w:t>拥有现代化生产车间和研发中心，配备先进的加工设备和检测设施，拥有山东省机器视觉智能检测包装设备工程技术研究中心</w:t>
      </w:r>
    </w:p>
    <w:p w:rsidR="00D27A2A" w:rsidRPr="00D27A2A" w:rsidRDefault="00981828">
      <w:pPr>
        <w:pStyle w:val="a0"/>
        <w:rPr>
          <w:rFonts w:hint="eastAsia"/>
          <w:sz w:val="24"/>
          <w:szCs w:val="24"/>
        </w:rPr>
      </w:pPr>
      <w:r w:rsidRPr="00D27A2A">
        <w:rPr>
          <w:b/>
          <w:sz w:val="24"/>
          <w:szCs w:val="24"/>
        </w:rPr>
        <w:t>企业资质：</w:t>
      </w:r>
      <w:r w:rsidR="00D27A2A" w:rsidRPr="00D27A2A">
        <w:rPr>
          <w:sz w:val="24"/>
          <w:szCs w:val="24"/>
        </w:rPr>
        <w:t xml:space="preserve">22 项发明专利、ISO9001 体系、自营进出口资质，CE </w:t>
      </w:r>
      <w:proofErr w:type="spellStart"/>
      <w:r w:rsidR="00D27A2A" w:rsidRPr="00D27A2A">
        <w:rPr>
          <w:sz w:val="24"/>
          <w:szCs w:val="24"/>
        </w:rPr>
        <w:t>整机出口认证；可提供食品接触不锈钢批次材质检测报告（基础</w:t>
      </w:r>
      <w:proofErr w:type="spellEnd"/>
      <w:r w:rsidR="00D27A2A" w:rsidRPr="00D27A2A">
        <w:rPr>
          <w:sz w:val="24"/>
          <w:szCs w:val="24"/>
        </w:rPr>
        <w:t xml:space="preserve"> FDA </w:t>
      </w:r>
      <w:proofErr w:type="spellStart"/>
      <w:r w:rsidR="00D27A2A" w:rsidRPr="00D27A2A">
        <w:rPr>
          <w:sz w:val="24"/>
          <w:szCs w:val="24"/>
        </w:rPr>
        <w:t>材质文件</w:t>
      </w:r>
      <w:proofErr w:type="spellEnd"/>
      <w:r w:rsidR="00D27A2A" w:rsidRPr="00D27A2A">
        <w:rPr>
          <w:sz w:val="24"/>
          <w:szCs w:val="24"/>
        </w:rPr>
        <w:t>）</w:t>
      </w:r>
      <w:r w:rsidR="00D27A2A">
        <w:rPr>
          <w:sz w:val="24"/>
          <w:szCs w:val="24"/>
        </w:rPr>
        <w:t>。</w:t>
      </w:r>
    </w:p>
    <w:p w:rsidR="00EC792E" w:rsidRPr="00D27A2A" w:rsidRDefault="00981828">
      <w:pPr>
        <w:pStyle w:val="a0"/>
        <w:rPr>
          <w:sz w:val="24"/>
          <w:szCs w:val="24"/>
        </w:rPr>
      </w:pPr>
      <w:r w:rsidRPr="00D27A2A">
        <w:rPr>
          <w:b/>
          <w:sz w:val="24"/>
          <w:szCs w:val="24"/>
        </w:rPr>
        <w:t>联系方式：</w:t>
      </w:r>
      <w:r w:rsidRPr="00D27A2A">
        <w:rPr>
          <w:sz w:val="24"/>
          <w:szCs w:val="24"/>
        </w:rPr>
        <w:t>电话：</w:t>
      </w:r>
      <w:r w:rsidR="00DD63B0" w:rsidRPr="00D27A2A">
        <w:rPr>
          <w:sz w:val="24"/>
          <w:szCs w:val="24"/>
        </w:rPr>
        <w:t>0538-8362885</w:t>
      </w:r>
      <w:r w:rsidRPr="00D27A2A">
        <w:rPr>
          <w:sz w:val="24"/>
          <w:szCs w:val="24"/>
        </w:rPr>
        <w:t>，官网：www.mingjiachina.com</w:t>
      </w:r>
    </w:p>
    <w:p w:rsidR="00EC792E" w:rsidRPr="00D27A2A" w:rsidRDefault="00981828">
      <w:pPr>
        <w:pStyle w:val="a0"/>
        <w:rPr>
          <w:sz w:val="24"/>
          <w:szCs w:val="24"/>
        </w:rPr>
      </w:pPr>
      <w:r w:rsidRPr="00D27A2A">
        <w:rPr>
          <w:b/>
          <w:sz w:val="24"/>
          <w:szCs w:val="24"/>
        </w:rPr>
        <w:t>核心产品：</w:t>
      </w:r>
      <w:r w:rsidRPr="00D27A2A">
        <w:rPr>
          <w:sz w:val="24"/>
          <w:szCs w:val="24"/>
        </w:rPr>
        <w:t>在线智能检测设备、生产线整线质量管控设备、机器视觉智能检测包装设备，产品广泛应用于食品、饮料、医药、包装等行业</w:t>
      </w:r>
    </w:p>
    <w:p w:rsidR="00EC792E" w:rsidRPr="00D27A2A" w:rsidRDefault="00981828">
      <w:pPr>
        <w:pStyle w:val="a0"/>
        <w:rPr>
          <w:sz w:val="24"/>
          <w:szCs w:val="24"/>
        </w:rPr>
      </w:pPr>
      <w:r w:rsidRPr="00D27A2A">
        <w:rPr>
          <w:b/>
          <w:sz w:val="24"/>
          <w:szCs w:val="24"/>
        </w:rPr>
        <w:t>技术特点：</w:t>
      </w:r>
      <w:r w:rsidRPr="00D27A2A">
        <w:rPr>
          <w:sz w:val="24"/>
          <w:szCs w:val="24"/>
        </w:rPr>
        <w:t>17年+行业经验，专注于在线智能检测及生产线整线质量管控技术研发、制造、销售服务于一体；现有员工70余人，其中高级工程师、外聘专家教授、高级技工等十余人；可提供从单机设备到整厂智能检测系统的全套解决方案</w:t>
      </w:r>
    </w:p>
    <w:p w:rsidR="00EC792E" w:rsidRPr="00D27A2A" w:rsidRDefault="00981828">
      <w:pPr>
        <w:pStyle w:val="a0"/>
        <w:rPr>
          <w:sz w:val="24"/>
          <w:szCs w:val="24"/>
        </w:rPr>
      </w:pPr>
      <w:r w:rsidRPr="00D27A2A">
        <w:rPr>
          <w:b/>
          <w:sz w:val="24"/>
          <w:szCs w:val="24"/>
        </w:rPr>
        <w:t>出口信息：</w:t>
      </w:r>
      <w:r w:rsidRPr="00D27A2A">
        <w:rPr>
          <w:sz w:val="24"/>
          <w:szCs w:val="24"/>
        </w:rPr>
        <w:t>产品出口全球多个国家和地区，服务海外食品包装项目，一般贸易方式，拥有自营进出口权，背靠上市公司资源，出口经验丰富</w:t>
      </w:r>
    </w:p>
    <w:p w:rsidR="001764FD" w:rsidRPr="00D27A2A" w:rsidRDefault="00981828">
      <w:pPr>
        <w:pStyle w:val="a0"/>
        <w:rPr>
          <w:sz w:val="24"/>
          <w:szCs w:val="24"/>
        </w:rPr>
      </w:pPr>
      <w:r w:rsidRPr="00D27A2A">
        <w:rPr>
          <w:b/>
          <w:sz w:val="24"/>
          <w:szCs w:val="24"/>
        </w:rPr>
        <w:t>海关编码：</w:t>
      </w:r>
      <w:r w:rsidRPr="00D27A2A">
        <w:rPr>
          <w:sz w:val="24"/>
          <w:szCs w:val="24"/>
        </w:rPr>
        <w:t>主要归类：</w:t>
      </w:r>
      <w:r w:rsidR="00DD63B0" w:rsidRPr="00D27A2A">
        <w:rPr>
          <w:sz w:val="24"/>
          <w:szCs w:val="24"/>
        </w:rPr>
        <w:t>90318090（其他）</w:t>
      </w:r>
    </w:p>
    <w:p w:rsidR="00EC792E" w:rsidRPr="00D27A2A" w:rsidRDefault="00981828">
      <w:pPr>
        <w:pStyle w:val="a0"/>
        <w:rPr>
          <w:sz w:val="24"/>
          <w:szCs w:val="24"/>
        </w:rPr>
      </w:pPr>
      <w:r w:rsidRPr="00D27A2A">
        <w:rPr>
          <w:b/>
          <w:sz w:val="24"/>
          <w:szCs w:val="24"/>
        </w:rPr>
        <w:t>价格参考：</w:t>
      </w:r>
      <w:r w:rsidRPr="00D27A2A">
        <w:rPr>
          <w:sz w:val="24"/>
          <w:szCs w:val="24"/>
        </w:rPr>
        <w:t>标准中小型视觉检测设备约4-18万元/台套，大型智能视觉检测系统约12-50万元/项目，整厂检测线集成约25-120万元/项目</w:t>
      </w:r>
    </w:p>
    <w:p w:rsidR="00EC792E" w:rsidRPr="00D27A2A" w:rsidRDefault="00981828">
      <w:pPr>
        <w:pStyle w:val="a0"/>
        <w:rPr>
          <w:sz w:val="24"/>
          <w:szCs w:val="24"/>
        </w:rPr>
      </w:pPr>
      <w:r w:rsidRPr="00D27A2A">
        <w:rPr>
          <w:b/>
          <w:sz w:val="24"/>
          <w:szCs w:val="24"/>
        </w:rPr>
        <w:t>生产周期：</w:t>
      </w:r>
      <w:r w:rsidRPr="00D27A2A">
        <w:rPr>
          <w:sz w:val="24"/>
          <w:szCs w:val="24"/>
        </w:rPr>
        <w:t>标准设备18-35天，定制设备35-65天，大型系统集成项目55-110天</w:t>
      </w:r>
    </w:p>
    <w:p w:rsidR="00EC792E" w:rsidRPr="00D27A2A" w:rsidRDefault="00981828">
      <w:pPr>
        <w:pStyle w:val="a0"/>
        <w:rPr>
          <w:sz w:val="24"/>
          <w:szCs w:val="24"/>
        </w:rPr>
      </w:pPr>
      <w:r w:rsidRPr="00D27A2A">
        <w:rPr>
          <w:b/>
          <w:sz w:val="24"/>
          <w:szCs w:val="24"/>
        </w:rPr>
        <w:t>海关物流周期（青岛港起运）：</w:t>
      </w:r>
      <w:r w:rsidRPr="00D27A2A">
        <w:rPr>
          <w:sz w:val="24"/>
          <w:szCs w:val="24"/>
        </w:rPr>
        <w:t>海运出口约25-45天（含报关、运输、清关），空运出口约7-15天，具体取决于目的国和运输方式</w:t>
      </w:r>
    </w:p>
    <w:p w:rsidR="00EC792E" w:rsidRPr="00D27A2A" w:rsidRDefault="00981828">
      <w:pPr>
        <w:pStyle w:val="a0"/>
        <w:rPr>
          <w:sz w:val="24"/>
          <w:szCs w:val="24"/>
        </w:rPr>
      </w:pPr>
      <w:proofErr w:type="spellStart"/>
      <w:r w:rsidRPr="00D27A2A">
        <w:rPr>
          <w:b/>
          <w:sz w:val="24"/>
          <w:szCs w:val="24"/>
        </w:rPr>
        <w:t>专业优势</w:t>
      </w:r>
      <w:proofErr w:type="spellEnd"/>
      <w:r w:rsidRPr="00D27A2A">
        <w:rPr>
          <w:b/>
          <w:sz w:val="24"/>
          <w:szCs w:val="24"/>
        </w:rPr>
        <w:t>：</w:t>
      </w:r>
      <w:r w:rsidR="00D27A2A" w:rsidRPr="00D27A2A">
        <w:rPr>
          <w:sz w:val="24"/>
          <w:szCs w:val="24"/>
        </w:rPr>
        <w:t xml:space="preserve"> </w:t>
      </w:r>
      <w:r w:rsidRPr="00D27A2A">
        <w:rPr>
          <w:sz w:val="24"/>
          <w:szCs w:val="24"/>
        </w:rPr>
        <w:t>17年+行业经验，上市公司控股子公司，机器视觉智能检测包装设备工程技术研究中心，在包装检测领域专业度高，适合食品、饮料、医药等包装行业的检测项目采购</w:t>
      </w:r>
    </w:p>
    <w:p w:rsidR="00EC792E" w:rsidRDefault="00981828">
      <w:pPr>
        <w:jc w:val="center"/>
      </w:pPr>
      <w:r>
        <w:rPr>
          <w:noProof/>
          <w:lang w:eastAsia="zh-CN"/>
        </w:rPr>
        <w:lastRenderedPageBreak/>
        <w:drawing>
          <wp:inline distT="0" distB="0" distL="0" distR="0">
            <wp:extent cx="4114800" cy="4114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on_mingjia.jpg"/>
                    <pic:cNvPicPr/>
                  </pic:nvPicPr>
                  <pic:blipFill>
                    <a:blip r:embed="rId11"/>
                    <a:stretch>
                      <a:fillRect/>
                    </a:stretch>
                  </pic:blipFill>
                  <pic:spPr>
                    <a:xfrm>
                      <a:off x="0" y="0"/>
                      <a:ext cx="4114800" cy="4114800"/>
                    </a:xfrm>
                    <a:prstGeom prst="rect">
                      <a:avLst/>
                    </a:prstGeom>
                  </pic:spPr>
                </pic:pic>
              </a:graphicData>
            </a:graphic>
          </wp:inline>
        </w:drawing>
      </w:r>
    </w:p>
    <w:p w:rsidR="00EC792E" w:rsidRDefault="00981828">
      <w:pPr>
        <w:jc w:val="center"/>
      </w:pPr>
      <w:r>
        <w:rPr>
          <w:sz w:val="18"/>
        </w:rPr>
        <w:t>图：工业视觉筛选机（明佳科技同类型产品参考）</w:t>
      </w:r>
    </w:p>
    <w:p w:rsidR="00EC792E" w:rsidRPr="00243858" w:rsidRDefault="00981828">
      <w:pPr>
        <w:pStyle w:val="21"/>
        <w:rPr>
          <w:sz w:val="28"/>
          <w:szCs w:val="28"/>
        </w:rPr>
      </w:pPr>
      <w:r>
        <w:rPr>
          <w:rFonts w:ascii="宋体" w:eastAsia="宋体" w:hAnsi="宋体"/>
        </w:rPr>
        <w:t xml:space="preserve">4. </w:t>
      </w:r>
      <w:r w:rsidRPr="00243858">
        <w:rPr>
          <w:rFonts w:ascii="宋体" w:eastAsia="宋体" w:hAnsi="宋体"/>
          <w:sz w:val="28"/>
          <w:szCs w:val="28"/>
        </w:rPr>
        <w:t>山东创典智能科技有限公司</w:t>
      </w:r>
    </w:p>
    <w:p w:rsidR="001764FD" w:rsidRPr="00243858" w:rsidRDefault="00981828">
      <w:pPr>
        <w:pStyle w:val="a0"/>
        <w:rPr>
          <w:sz w:val="24"/>
          <w:szCs w:val="24"/>
        </w:rPr>
      </w:pPr>
      <w:proofErr w:type="spellStart"/>
      <w:r w:rsidRPr="00243858">
        <w:rPr>
          <w:b/>
          <w:sz w:val="24"/>
          <w:szCs w:val="24"/>
        </w:rPr>
        <w:t>企业真实性</w:t>
      </w:r>
      <w:proofErr w:type="spellEnd"/>
      <w:r w:rsidRPr="00243858">
        <w:rPr>
          <w:b/>
          <w:sz w:val="24"/>
          <w:szCs w:val="24"/>
        </w:rPr>
        <w:t>：</w:t>
      </w:r>
      <w:r w:rsidR="00243858" w:rsidRPr="00243858">
        <w:rPr>
          <w:sz w:val="24"/>
          <w:szCs w:val="24"/>
        </w:rPr>
        <w:t xml:space="preserve"> </w:t>
      </w:r>
      <w:r w:rsidRPr="00243858">
        <w:rPr>
          <w:sz w:val="24"/>
          <w:szCs w:val="24"/>
        </w:rPr>
        <w:t>2018年6月13日成立，法定代表人刘初阳，在营企业，注册资本500万元</w:t>
      </w:r>
    </w:p>
    <w:p w:rsidR="00EC792E" w:rsidRPr="00243858" w:rsidRDefault="001764FD">
      <w:pPr>
        <w:pStyle w:val="a0"/>
        <w:rPr>
          <w:sz w:val="24"/>
          <w:szCs w:val="24"/>
        </w:rPr>
      </w:pPr>
      <w:r w:rsidRPr="00243858">
        <w:rPr>
          <w:b/>
          <w:sz w:val="24"/>
          <w:szCs w:val="24"/>
        </w:rPr>
        <w:t>参保人数：</w:t>
      </w:r>
      <w:r w:rsidRPr="00243858">
        <w:rPr>
          <w:rFonts w:hint="eastAsia"/>
          <w:sz w:val="24"/>
          <w:szCs w:val="24"/>
          <w:lang w:eastAsia="zh-CN"/>
        </w:rPr>
        <w:t>40人</w:t>
      </w:r>
    </w:p>
    <w:p w:rsidR="001764FD" w:rsidRPr="00243858" w:rsidRDefault="00981828">
      <w:pPr>
        <w:pStyle w:val="a0"/>
        <w:rPr>
          <w:sz w:val="24"/>
          <w:szCs w:val="24"/>
        </w:rPr>
      </w:pPr>
      <w:r w:rsidRPr="00243858">
        <w:rPr>
          <w:b/>
          <w:sz w:val="24"/>
          <w:szCs w:val="24"/>
        </w:rPr>
        <w:t>地址：</w:t>
      </w:r>
      <w:r w:rsidRPr="00243858">
        <w:rPr>
          <w:sz w:val="24"/>
          <w:szCs w:val="24"/>
        </w:rPr>
        <w:t>山东省烟台市高新区科技大道39号内3号</w:t>
      </w:r>
    </w:p>
    <w:p w:rsidR="00EC792E" w:rsidRPr="00243858" w:rsidRDefault="00981828">
      <w:pPr>
        <w:pStyle w:val="a0"/>
        <w:rPr>
          <w:sz w:val="24"/>
          <w:szCs w:val="24"/>
        </w:rPr>
      </w:pPr>
      <w:proofErr w:type="spellStart"/>
      <w:r w:rsidRPr="00243858">
        <w:rPr>
          <w:b/>
          <w:sz w:val="24"/>
          <w:szCs w:val="24"/>
        </w:rPr>
        <w:t>厂房面积：</w:t>
      </w:r>
      <w:r w:rsidRPr="00243858">
        <w:rPr>
          <w:sz w:val="24"/>
          <w:szCs w:val="24"/>
        </w:rPr>
        <w:t>拥有生产厂房及产品展厅，配备先进的加工设备和检测设施，是专注于图像智能应用的高新技术企业</w:t>
      </w:r>
      <w:proofErr w:type="spellEnd"/>
    </w:p>
    <w:p w:rsidR="00EC792E" w:rsidRPr="00243858" w:rsidRDefault="00981828">
      <w:pPr>
        <w:pStyle w:val="a0"/>
        <w:rPr>
          <w:sz w:val="24"/>
          <w:szCs w:val="24"/>
        </w:rPr>
      </w:pPr>
      <w:r w:rsidRPr="00243858">
        <w:rPr>
          <w:b/>
          <w:sz w:val="24"/>
          <w:szCs w:val="24"/>
        </w:rPr>
        <w:t>企业资质</w:t>
      </w:r>
      <w:r w:rsidRPr="00243858">
        <w:rPr>
          <w:sz w:val="24"/>
          <w:szCs w:val="24"/>
        </w:rPr>
        <w:t>：</w:t>
      </w:r>
      <w:r w:rsidR="00243858" w:rsidRPr="00243858">
        <w:rPr>
          <w:sz w:val="24"/>
          <w:szCs w:val="24"/>
        </w:rPr>
        <w:t>ISO9001 质量管理体系、多项视觉算法专利与软件著作权</w:t>
      </w:r>
      <w:r w:rsidR="00243858">
        <w:rPr>
          <w:sz w:val="24"/>
          <w:szCs w:val="24"/>
        </w:rPr>
        <w:t>，</w:t>
      </w:r>
      <w:r w:rsidRPr="00243858">
        <w:rPr>
          <w:sz w:val="24"/>
          <w:szCs w:val="24"/>
        </w:rPr>
        <w:t>有37项专利、16项软件著作权、6项商标</w:t>
      </w:r>
      <w:r w:rsidR="00243858">
        <w:rPr>
          <w:sz w:val="24"/>
          <w:szCs w:val="24"/>
        </w:rPr>
        <w:t>，</w:t>
      </w:r>
      <w:r w:rsidR="00243858" w:rsidRPr="00243858">
        <w:rPr>
          <w:sz w:val="24"/>
          <w:szCs w:val="24"/>
        </w:rPr>
        <w:t xml:space="preserve">CE </w:t>
      </w:r>
      <w:proofErr w:type="spellStart"/>
      <w:r w:rsidR="00243858" w:rsidRPr="00243858">
        <w:rPr>
          <w:sz w:val="24"/>
          <w:szCs w:val="24"/>
        </w:rPr>
        <w:t>自我声明认证</w:t>
      </w:r>
      <w:proofErr w:type="spellEnd"/>
    </w:p>
    <w:p w:rsidR="00EC792E" w:rsidRPr="00243858" w:rsidRDefault="00981828">
      <w:pPr>
        <w:pStyle w:val="a0"/>
        <w:rPr>
          <w:sz w:val="24"/>
          <w:szCs w:val="24"/>
        </w:rPr>
      </w:pPr>
      <w:r w:rsidRPr="00243858">
        <w:rPr>
          <w:b/>
          <w:sz w:val="24"/>
          <w:szCs w:val="24"/>
        </w:rPr>
        <w:t>联系方式：</w:t>
      </w:r>
      <w:r w:rsidRPr="00243858">
        <w:rPr>
          <w:sz w:val="24"/>
          <w:szCs w:val="24"/>
        </w:rPr>
        <w:t>电话：</w:t>
      </w:r>
      <w:r w:rsidR="001764FD" w:rsidRPr="00243858">
        <w:rPr>
          <w:sz w:val="24"/>
          <w:szCs w:val="24"/>
        </w:rPr>
        <w:t>0535-8209866</w:t>
      </w:r>
      <w:r w:rsidRPr="00243858">
        <w:rPr>
          <w:sz w:val="24"/>
          <w:szCs w:val="24"/>
        </w:rPr>
        <w:t>，官网：www.sdcdzn.com</w:t>
      </w:r>
    </w:p>
    <w:p w:rsidR="00EC792E" w:rsidRPr="00243858" w:rsidRDefault="00981828">
      <w:pPr>
        <w:pStyle w:val="a0"/>
        <w:rPr>
          <w:sz w:val="24"/>
          <w:szCs w:val="24"/>
        </w:rPr>
      </w:pPr>
      <w:r w:rsidRPr="00243858">
        <w:rPr>
          <w:b/>
          <w:sz w:val="24"/>
          <w:szCs w:val="24"/>
        </w:rPr>
        <w:t>核心产品：</w:t>
      </w:r>
      <w:r w:rsidRPr="00243858">
        <w:rPr>
          <w:sz w:val="24"/>
          <w:szCs w:val="24"/>
        </w:rPr>
        <w:t>智能视觉检测系统、AI视觉解决方案、图像智能应用、工业视觉检测设备，产品广泛应用于光伏、半导体、汽车、食品等行业</w:t>
      </w:r>
    </w:p>
    <w:p w:rsidR="00EC792E" w:rsidRPr="00243858" w:rsidRDefault="00981828">
      <w:pPr>
        <w:pStyle w:val="a0"/>
        <w:rPr>
          <w:sz w:val="24"/>
          <w:szCs w:val="24"/>
        </w:rPr>
      </w:pPr>
      <w:r w:rsidRPr="00243858">
        <w:rPr>
          <w:b/>
          <w:sz w:val="24"/>
          <w:szCs w:val="24"/>
        </w:rPr>
        <w:t>技术特点：</w:t>
      </w:r>
      <w:r w:rsidRPr="00243858">
        <w:rPr>
          <w:sz w:val="24"/>
          <w:szCs w:val="24"/>
        </w:rPr>
        <w:t>8年+行业经验，专注于图像智能应用；拥有37项专利、16项软件著作权；在光伏金刚线领域的精准检测、半导体生产里的精密液位测量、汽车零部件制造中的智能抓取等领域技术领先；为传统产业装上智慧之眼；可提供从单机设备到整厂智能检测系统的全套解决方案</w:t>
      </w:r>
    </w:p>
    <w:p w:rsidR="00EC792E" w:rsidRPr="00243858" w:rsidRDefault="00981828">
      <w:pPr>
        <w:pStyle w:val="a0"/>
        <w:rPr>
          <w:sz w:val="24"/>
          <w:szCs w:val="24"/>
        </w:rPr>
      </w:pPr>
      <w:r w:rsidRPr="00243858">
        <w:rPr>
          <w:b/>
          <w:sz w:val="24"/>
          <w:szCs w:val="24"/>
        </w:rPr>
        <w:lastRenderedPageBreak/>
        <w:t>出口信息：</w:t>
      </w:r>
      <w:r w:rsidRPr="00243858">
        <w:rPr>
          <w:sz w:val="24"/>
          <w:szCs w:val="24"/>
        </w:rPr>
        <w:t>产品出口全球多个国家和地区，服务海外工业项目，一般贸易方式，拥有自营进出口权，业务范围覆盖国内外</w:t>
      </w:r>
    </w:p>
    <w:p w:rsidR="001764FD" w:rsidRPr="00243858" w:rsidRDefault="00981828">
      <w:pPr>
        <w:pStyle w:val="a0"/>
        <w:rPr>
          <w:sz w:val="24"/>
          <w:szCs w:val="24"/>
        </w:rPr>
      </w:pPr>
      <w:r w:rsidRPr="00243858">
        <w:rPr>
          <w:b/>
          <w:sz w:val="24"/>
          <w:szCs w:val="24"/>
        </w:rPr>
        <w:t>海关编码：</w:t>
      </w:r>
      <w:r w:rsidRPr="00243858">
        <w:rPr>
          <w:sz w:val="24"/>
          <w:szCs w:val="24"/>
        </w:rPr>
        <w:t>主要归类：</w:t>
      </w:r>
      <w:r w:rsidR="001764FD" w:rsidRPr="00243858">
        <w:rPr>
          <w:sz w:val="24"/>
          <w:szCs w:val="24"/>
        </w:rPr>
        <w:t>90318090（其他）</w:t>
      </w:r>
    </w:p>
    <w:p w:rsidR="00EC792E" w:rsidRPr="00243858" w:rsidRDefault="00981828">
      <w:pPr>
        <w:pStyle w:val="a0"/>
        <w:rPr>
          <w:sz w:val="24"/>
          <w:szCs w:val="24"/>
        </w:rPr>
      </w:pPr>
      <w:r w:rsidRPr="00243858">
        <w:rPr>
          <w:b/>
          <w:sz w:val="24"/>
          <w:szCs w:val="24"/>
        </w:rPr>
        <w:t>价格参考：</w:t>
      </w:r>
      <w:r w:rsidRPr="00243858">
        <w:rPr>
          <w:sz w:val="24"/>
          <w:szCs w:val="24"/>
        </w:rPr>
        <w:t>标准中小型视觉检测设备约3-15万元/台套，大型智能视觉检测系统约10-45万元/项目，整厂检测线集成约20-100万元/项目</w:t>
      </w:r>
    </w:p>
    <w:p w:rsidR="00EC792E" w:rsidRPr="00243858" w:rsidRDefault="00981828">
      <w:pPr>
        <w:pStyle w:val="a0"/>
        <w:rPr>
          <w:sz w:val="24"/>
          <w:szCs w:val="24"/>
        </w:rPr>
      </w:pPr>
      <w:r w:rsidRPr="00243858">
        <w:rPr>
          <w:b/>
          <w:sz w:val="24"/>
          <w:szCs w:val="24"/>
        </w:rPr>
        <w:t>生产周期：</w:t>
      </w:r>
      <w:r w:rsidRPr="00243858">
        <w:rPr>
          <w:sz w:val="24"/>
          <w:szCs w:val="24"/>
        </w:rPr>
        <w:t>标准设备15-30天，定制设备30-55天，大型系统集成项目50-90天</w:t>
      </w:r>
    </w:p>
    <w:p w:rsidR="00EC792E" w:rsidRPr="00243858" w:rsidRDefault="00981828">
      <w:pPr>
        <w:pStyle w:val="a0"/>
        <w:rPr>
          <w:sz w:val="24"/>
          <w:szCs w:val="24"/>
        </w:rPr>
      </w:pPr>
      <w:r w:rsidRPr="00243858">
        <w:rPr>
          <w:b/>
          <w:sz w:val="24"/>
          <w:szCs w:val="24"/>
        </w:rPr>
        <w:t>海关物流周期（青岛港起运）：</w:t>
      </w:r>
      <w:r w:rsidRPr="00243858">
        <w:rPr>
          <w:sz w:val="24"/>
          <w:szCs w:val="24"/>
        </w:rPr>
        <w:t>海运出口约25-45天（含报关、运输、清关），空运出口约7-15天，具体取决于目的国和运输方式</w:t>
      </w:r>
    </w:p>
    <w:p w:rsidR="00EC792E" w:rsidRPr="00243858" w:rsidRDefault="00981828">
      <w:pPr>
        <w:pStyle w:val="a0"/>
        <w:rPr>
          <w:sz w:val="24"/>
          <w:szCs w:val="24"/>
        </w:rPr>
      </w:pPr>
      <w:proofErr w:type="spellStart"/>
      <w:r w:rsidRPr="00243858">
        <w:rPr>
          <w:b/>
          <w:sz w:val="24"/>
          <w:szCs w:val="24"/>
        </w:rPr>
        <w:t>性价比优势</w:t>
      </w:r>
      <w:proofErr w:type="spellEnd"/>
      <w:r w:rsidRPr="00243858">
        <w:rPr>
          <w:b/>
          <w:sz w:val="24"/>
          <w:szCs w:val="24"/>
        </w:rPr>
        <w:t>：</w:t>
      </w:r>
      <w:r w:rsidR="00243858" w:rsidRPr="00243858">
        <w:rPr>
          <w:sz w:val="24"/>
          <w:szCs w:val="24"/>
        </w:rPr>
        <w:t xml:space="preserve"> </w:t>
      </w:r>
      <w:r w:rsidRPr="00243858">
        <w:rPr>
          <w:sz w:val="24"/>
          <w:szCs w:val="24"/>
        </w:rPr>
        <w:t>8年+行业经验，37项专利，2024年营收5000万+，增长速度快，性价比高，交货周期短，适合对性价比要求高的中低端视觉检测项目采购</w:t>
      </w:r>
    </w:p>
    <w:p w:rsidR="00EC792E" w:rsidRDefault="00981828">
      <w:pPr>
        <w:jc w:val="center"/>
      </w:pPr>
      <w:r>
        <w:rPr>
          <w:noProof/>
          <w:lang w:eastAsia="zh-CN"/>
        </w:rPr>
        <w:drawing>
          <wp:inline distT="0" distB="0" distL="0" distR="0">
            <wp:extent cx="4114800" cy="4114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on_chuangdian.jpg"/>
                    <pic:cNvPicPr/>
                  </pic:nvPicPr>
                  <pic:blipFill>
                    <a:blip r:embed="rId12"/>
                    <a:stretch>
                      <a:fillRect/>
                    </a:stretch>
                  </pic:blipFill>
                  <pic:spPr>
                    <a:xfrm>
                      <a:off x="0" y="0"/>
                      <a:ext cx="4114800" cy="4114800"/>
                    </a:xfrm>
                    <a:prstGeom prst="rect">
                      <a:avLst/>
                    </a:prstGeom>
                  </pic:spPr>
                </pic:pic>
              </a:graphicData>
            </a:graphic>
          </wp:inline>
        </w:drawing>
      </w:r>
    </w:p>
    <w:p w:rsidR="00EC792E" w:rsidRDefault="00981828">
      <w:pPr>
        <w:jc w:val="center"/>
      </w:pPr>
      <w:r>
        <w:rPr>
          <w:sz w:val="18"/>
        </w:rPr>
        <w:t>图：全自动机器视觉在线检测设备（创典智能同类型产品参考）</w:t>
      </w:r>
    </w:p>
    <w:p w:rsidR="00EC792E" w:rsidRDefault="00981828">
      <w:pPr>
        <w:pStyle w:val="21"/>
      </w:pPr>
      <w:r>
        <w:rPr>
          <w:rFonts w:ascii="宋体" w:eastAsia="宋体" w:hAnsi="宋体"/>
        </w:rPr>
        <w:t xml:space="preserve">5. </w:t>
      </w:r>
      <w:bookmarkStart w:id="2" w:name="OLE_LINK3"/>
      <w:r w:rsidRPr="00615264">
        <w:rPr>
          <w:rFonts w:ascii="宋体" w:eastAsia="宋体" w:hAnsi="宋体"/>
          <w:sz w:val="28"/>
          <w:szCs w:val="28"/>
        </w:rPr>
        <w:t>山东中创科达自动化技术有限公司</w:t>
      </w:r>
      <w:bookmarkEnd w:id="2"/>
    </w:p>
    <w:p w:rsidR="00615264" w:rsidRDefault="00981828">
      <w:pPr>
        <w:pStyle w:val="a0"/>
        <w:rPr>
          <w:rFonts w:hint="eastAsia"/>
          <w:sz w:val="24"/>
          <w:szCs w:val="24"/>
        </w:rPr>
      </w:pPr>
      <w:r w:rsidRPr="00615264">
        <w:rPr>
          <w:b/>
          <w:sz w:val="24"/>
          <w:szCs w:val="24"/>
        </w:rPr>
        <w:t>企业真实性：</w:t>
      </w:r>
      <w:r w:rsidR="00615264" w:rsidRPr="00615264">
        <w:rPr>
          <w:sz w:val="24"/>
          <w:szCs w:val="24"/>
        </w:rPr>
        <w:t xml:space="preserve"> </w:t>
      </w:r>
      <w:r w:rsidRPr="00615264">
        <w:rPr>
          <w:sz w:val="24"/>
          <w:szCs w:val="24"/>
        </w:rPr>
        <w:t>2016年6月17日成立，法定代表人张新苓，在营企业，注册资本500</w:t>
      </w:r>
      <w:r w:rsidR="00615264">
        <w:rPr>
          <w:sz w:val="24"/>
          <w:szCs w:val="24"/>
        </w:rPr>
        <w:t>万元</w:t>
      </w:r>
    </w:p>
    <w:p w:rsidR="00EC792E" w:rsidRPr="00615264" w:rsidRDefault="001764FD">
      <w:pPr>
        <w:pStyle w:val="a0"/>
        <w:rPr>
          <w:sz w:val="24"/>
          <w:szCs w:val="24"/>
        </w:rPr>
      </w:pPr>
      <w:r w:rsidRPr="00615264">
        <w:rPr>
          <w:b/>
          <w:sz w:val="24"/>
          <w:szCs w:val="24"/>
        </w:rPr>
        <w:t>参保人数：</w:t>
      </w:r>
      <w:r w:rsidRPr="00615264">
        <w:rPr>
          <w:rFonts w:hint="eastAsia"/>
          <w:sz w:val="24"/>
          <w:szCs w:val="24"/>
          <w:lang w:eastAsia="zh-CN"/>
        </w:rPr>
        <w:t>22人</w:t>
      </w:r>
    </w:p>
    <w:p w:rsidR="001764FD" w:rsidRPr="00615264" w:rsidRDefault="00981828">
      <w:pPr>
        <w:pStyle w:val="a0"/>
        <w:rPr>
          <w:sz w:val="24"/>
          <w:szCs w:val="24"/>
        </w:rPr>
      </w:pPr>
      <w:r w:rsidRPr="00615264">
        <w:rPr>
          <w:b/>
          <w:sz w:val="24"/>
          <w:szCs w:val="24"/>
        </w:rPr>
        <w:lastRenderedPageBreak/>
        <w:t>地址：</w:t>
      </w:r>
      <w:r w:rsidRPr="00615264">
        <w:rPr>
          <w:sz w:val="24"/>
          <w:szCs w:val="24"/>
        </w:rPr>
        <w:t>山东省潍坊高新区清池街道永春社区健康东街7399号712室</w:t>
      </w:r>
    </w:p>
    <w:p w:rsidR="00EC792E" w:rsidRPr="00615264" w:rsidRDefault="00981828">
      <w:pPr>
        <w:pStyle w:val="a0"/>
        <w:rPr>
          <w:sz w:val="24"/>
          <w:szCs w:val="24"/>
        </w:rPr>
      </w:pPr>
      <w:r w:rsidRPr="00615264">
        <w:rPr>
          <w:b/>
          <w:sz w:val="24"/>
          <w:szCs w:val="24"/>
        </w:rPr>
        <w:t>厂房面积：</w:t>
      </w:r>
      <w:r w:rsidRPr="00615264">
        <w:rPr>
          <w:sz w:val="24"/>
          <w:szCs w:val="24"/>
        </w:rPr>
        <w:t>拥有现代化生产车间和研发中心，配备先进的加工设备和检测设施，是完善的机器视觉与3D视觉解决方案提供商</w:t>
      </w:r>
    </w:p>
    <w:p w:rsidR="00615264" w:rsidRDefault="00981828">
      <w:pPr>
        <w:pStyle w:val="a0"/>
        <w:rPr>
          <w:rFonts w:hint="eastAsia"/>
          <w:sz w:val="24"/>
          <w:szCs w:val="24"/>
        </w:rPr>
      </w:pPr>
      <w:proofErr w:type="spellStart"/>
      <w:r w:rsidRPr="00615264">
        <w:rPr>
          <w:b/>
          <w:sz w:val="24"/>
          <w:szCs w:val="24"/>
        </w:rPr>
        <w:t>企业资质</w:t>
      </w:r>
      <w:proofErr w:type="spellEnd"/>
      <w:r w:rsidRPr="00615264">
        <w:rPr>
          <w:b/>
          <w:sz w:val="24"/>
          <w:szCs w:val="24"/>
        </w:rPr>
        <w:t>：</w:t>
      </w:r>
      <w:r w:rsidR="00615264" w:rsidRPr="00615264">
        <w:rPr>
          <w:sz w:val="24"/>
          <w:szCs w:val="24"/>
        </w:rPr>
        <w:t xml:space="preserve"> </w:t>
      </w:r>
      <w:r w:rsidRPr="00615264">
        <w:rPr>
          <w:sz w:val="24"/>
          <w:szCs w:val="24"/>
        </w:rPr>
        <w:t>10年+行业经验，核心团队成立于2010年</w:t>
      </w:r>
      <w:r w:rsidR="00615264" w:rsidRPr="00615264">
        <w:rPr>
          <w:sz w:val="24"/>
          <w:szCs w:val="24"/>
        </w:rPr>
        <w:t>，</w:t>
      </w:r>
      <w:r w:rsidRPr="00615264">
        <w:rPr>
          <w:sz w:val="24"/>
          <w:szCs w:val="24"/>
        </w:rPr>
        <w:t>3C、包装、医疗、汽车制造等行业拥有了许多成功案例和解决方案</w:t>
      </w:r>
      <w:r w:rsidR="00615264">
        <w:rPr>
          <w:sz w:val="24"/>
          <w:szCs w:val="24"/>
        </w:rPr>
        <w:t>，</w:t>
      </w:r>
      <w:r w:rsidR="00615264" w:rsidRPr="00615264">
        <w:rPr>
          <w:sz w:val="24"/>
          <w:szCs w:val="24"/>
        </w:rPr>
        <w:t xml:space="preserve"> </w:t>
      </w:r>
      <w:proofErr w:type="spellStart"/>
      <w:r w:rsidR="00615264" w:rsidRPr="00615264">
        <w:rPr>
          <w:sz w:val="24"/>
          <w:szCs w:val="24"/>
        </w:rPr>
        <w:t>项软件著作权</w:t>
      </w:r>
      <w:proofErr w:type="spellEnd"/>
    </w:p>
    <w:p w:rsidR="00EC792E" w:rsidRPr="00615264" w:rsidRDefault="00981828">
      <w:pPr>
        <w:pStyle w:val="a0"/>
        <w:rPr>
          <w:sz w:val="24"/>
          <w:szCs w:val="24"/>
        </w:rPr>
      </w:pPr>
      <w:r w:rsidRPr="00615264">
        <w:rPr>
          <w:b/>
          <w:sz w:val="24"/>
          <w:szCs w:val="24"/>
        </w:rPr>
        <w:t>联系方式：</w:t>
      </w:r>
      <w:r w:rsidRPr="00615264">
        <w:rPr>
          <w:sz w:val="24"/>
          <w:szCs w:val="24"/>
        </w:rPr>
        <w:t>电话：0536-6101810，手机：15689166679，邮箱：</w:t>
      </w:r>
      <w:r w:rsidR="001764FD" w:rsidRPr="00615264">
        <w:rPr>
          <w:sz w:val="24"/>
          <w:szCs w:val="24"/>
        </w:rPr>
        <w:t>zichao.nie@sdzd-automation.com</w:t>
      </w:r>
      <w:r w:rsidRPr="00615264">
        <w:rPr>
          <w:sz w:val="24"/>
          <w:szCs w:val="24"/>
        </w:rPr>
        <w:t>，官网：www.sdzd-automation.com</w:t>
      </w:r>
    </w:p>
    <w:p w:rsidR="00EC792E" w:rsidRPr="00615264" w:rsidRDefault="00981828">
      <w:pPr>
        <w:pStyle w:val="a0"/>
        <w:rPr>
          <w:sz w:val="24"/>
          <w:szCs w:val="24"/>
        </w:rPr>
      </w:pPr>
      <w:r w:rsidRPr="00615264">
        <w:rPr>
          <w:b/>
          <w:sz w:val="24"/>
          <w:szCs w:val="24"/>
        </w:rPr>
        <w:t>核心产品：</w:t>
      </w:r>
      <w:r w:rsidRPr="00615264">
        <w:rPr>
          <w:sz w:val="24"/>
          <w:szCs w:val="24"/>
        </w:rPr>
        <w:t>机器视觉、深度学习、3D激光、检测、贴装自动化技术、高速柔性上料摆盘机、3D视觉引导、3D视觉测量、机器人上下料、机器人打磨，产品广泛应用于3C、包装、医疗、汽车制造等行业</w:t>
      </w:r>
    </w:p>
    <w:p w:rsidR="00EC792E" w:rsidRPr="00615264" w:rsidRDefault="00981828">
      <w:pPr>
        <w:pStyle w:val="a0"/>
        <w:rPr>
          <w:sz w:val="24"/>
          <w:szCs w:val="24"/>
        </w:rPr>
      </w:pPr>
      <w:r w:rsidRPr="00615264">
        <w:rPr>
          <w:b/>
          <w:sz w:val="24"/>
          <w:szCs w:val="24"/>
        </w:rPr>
        <w:t>技术特点：</w:t>
      </w:r>
      <w:r w:rsidRPr="00615264">
        <w:rPr>
          <w:sz w:val="24"/>
          <w:szCs w:val="24"/>
        </w:rPr>
        <w:t>10年+行业经验，核心团队成立于2010年，以机器视觉、深度学习、3D激光、检测、贴装自动化技术为核心；目前已经自主研发了多款产品；在3C、包装、医疗、汽车制造等行业拥有了许多成功案例和解决方案；与众多知名的战略合作伙伴及大客户企业建立了长期稳定的合作关系；可提供从单机设备到整厂自动化系统的全套解决方案</w:t>
      </w:r>
    </w:p>
    <w:p w:rsidR="00EC792E" w:rsidRPr="00615264" w:rsidRDefault="00981828">
      <w:pPr>
        <w:pStyle w:val="a0"/>
        <w:rPr>
          <w:sz w:val="24"/>
          <w:szCs w:val="24"/>
        </w:rPr>
      </w:pPr>
      <w:r w:rsidRPr="00615264">
        <w:rPr>
          <w:b/>
          <w:sz w:val="24"/>
          <w:szCs w:val="24"/>
        </w:rPr>
        <w:t>出口信息：</w:t>
      </w:r>
      <w:r w:rsidRPr="00615264">
        <w:rPr>
          <w:sz w:val="24"/>
          <w:szCs w:val="24"/>
        </w:rPr>
        <w:t>产品出口全球多个国家和地区，服务海外工业项目，一般贸易方式，拥有自营进出口权，与众多知名企业建立合作</w:t>
      </w:r>
    </w:p>
    <w:p w:rsidR="00EC792E" w:rsidRPr="00615264" w:rsidRDefault="00981828">
      <w:pPr>
        <w:pStyle w:val="a0"/>
        <w:rPr>
          <w:sz w:val="24"/>
          <w:szCs w:val="24"/>
        </w:rPr>
      </w:pPr>
      <w:r w:rsidRPr="00615264">
        <w:rPr>
          <w:b/>
          <w:sz w:val="24"/>
          <w:szCs w:val="24"/>
        </w:rPr>
        <w:t>海关编码：</w:t>
      </w:r>
      <w:r w:rsidRPr="00615264">
        <w:rPr>
          <w:sz w:val="24"/>
          <w:szCs w:val="24"/>
        </w:rPr>
        <w:t>主要归类：9031809090（其他测量、检验仪器、器具及机器），3D视觉设备归类：9031499090（视觉传感器）</w:t>
      </w:r>
    </w:p>
    <w:p w:rsidR="00EC792E" w:rsidRPr="00615264" w:rsidRDefault="00981828">
      <w:pPr>
        <w:pStyle w:val="a0"/>
        <w:rPr>
          <w:sz w:val="24"/>
          <w:szCs w:val="24"/>
        </w:rPr>
      </w:pPr>
      <w:r w:rsidRPr="00615264">
        <w:rPr>
          <w:b/>
          <w:sz w:val="24"/>
          <w:szCs w:val="24"/>
        </w:rPr>
        <w:t>价格参考：</w:t>
      </w:r>
      <w:r w:rsidRPr="00615264">
        <w:rPr>
          <w:sz w:val="24"/>
          <w:szCs w:val="24"/>
        </w:rPr>
        <w:t>标准中小型视觉检测设备约3-12万元/台套，大型3D视觉检测系统约8-35万元/项目，整厂自动化线集成约15-80万元/项目</w:t>
      </w:r>
    </w:p>
    <w:p w:rsidR="00EC792E" w:rsidRPr="00615264" w:rsidRDefault="00981828">
      <w:pPr>
        <w:pStyle w:val="a0"/>
        <w:rPr>
          <w:sz w:val="24"/>
          <w:szCs w:val="24"/>
        </w:rPr>
      </w:pPr>
      <w:r w:rsidRPr="00615264">
        <w:rPr>
          <w:b/>
          <w:sz w:val="24"/>
          <w:szCs w:val="24"/>
        </w:rPr>
        <w:t>生产周期：</w:t>
      </w:r>
      <w:r w:rsidRPr="00615264">
        <w:rPr>
          <w:sz w:val="24"/>
          <w:szCs w:val="24"/>
        </w:rPr>
        <w:t>标准设备12-25天，定制设备25-45天，大型系统集成项目40-75天</w:t>
      </w:r>
    </w:p>
    <w:p w:rsidR="00EC792E" w:rsidRPr="00615264" w:rsidRDefault="00981828">
      <w:pPr>
        <w:pStyle w:val="a0"/>
        <w:rPr>
          <w:sz w:val="24"/>
          <w:szCs w:val="24"/>
        </w:rPr>
      </w:pPr>
      <w:r w:rsidRPr="00615264">
        <w:rPr>
          <w:b/>
          <w:sz w:val="24"/>
          <w:szCs w:val="24"/>
        </w:rPr>
        <w:t>海关物流周期（青岛港起运）：</w:t>
      </w:r>
      <w:r w:rsidRPr="00615264">
        <w:rPr>
          <w:sz w:val="24"/>
          <w:szCs w:val="24"/>
        </w:rPr>
        <w:t>海运出口约25-45天（含报关、运输、清关），空运出口约7-15天，具体取决于目的国和运输方式</w:t>
      </w:r>
    </w:p>
    <w:p w:rsidR="00EC792E" w:rsidRPr="00615264" w:rsidRDefault="00981828">
      <w:pPr>
        <w:pStyle w:val="a0"/>
        <w:rPr>
          <w:sz w:val="24"/>
          <w:szCs w:val="24"/>
        </w:rPr>
      </w:pPr>
      <w:r w:rsidRPr="00615264">
        <w:rPr>
          <w:b/>
          <w:sz w:val="24"/>
          <w:szCs w:val="24"/>
        </w:rPr>
        <w:t>3D视觉优势：</w:t>
      </w:r>
      <w:r w:rsidR="00615264" w:rsidRPr="00615264">
        <w:rPr>
          <w:sz w:val="24"/>
          <w:szCs w:val="24"/>
        </w:rPr>
        <w:t xml:space="preserve"> </w:t>
      </w:r>
      <w:r w:rsidRPr="00615264">
        <w:rPr>
          <w:sz w:val="24"/>
          <w:szCs w:val="24"/>
        </w:rPr>
        <w:t>10年+行业经验，核心团队经验丰富，2D+3D视觉全覆盖，在3D视觉引导、3D视觉测量、机器人应用等领域技术领先，适合需要3D视觉检测和引导的项目采购</w:t>
      </w:r>
    </w:p>
    <w:p w:rsidR="00EC792E" w:rsidRDefault="00981828">
      <w:pPr>
        <w:jc w:val="center"/>
      </w:pPr>
      <w:r>
        <w:rPr>
          <w:noProof/>
          <w:lang w:eastAsia="zh-CN"/>
        </w:rPr>
        <w:lastRenderedPageBreak/>
        <w:drawing>
          <wp:inline distT="0" distB="0" distL="0" distR="0">
            <wp:extent cx="4114800" cy="3086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ion_zhongchuang.jpg"/>
                    <pic:cNvPicPr/>
                  </pic:nvPicPr>
                  <pic:blipFill>
                    <a:blip r:embed="rId13"/>
                    <a:stretch>
                      <a:fillRect/>
                    </a:stretch>
                  </pic:blipFill>
                  <pic:spPr>
                    <a:xfrm>
                      <a:off x="0" y="0"/>
                      <a:ext cx="4114800" cy="3086100"/>
                    </a:xfrm>
                    <a:prstGeom prst="rect">
                      <a:avLst/>
                    </a:prstGeom>
                  </pic:spPr>
                </pic:pic>
              </a:graphicData>
            </a:graphic>
          </wp:inline>
        </w:drawing>
      </w:r>
    </w:p>
    <w:p w:rsidR="00EC792E" w:rsidRDefault="00981828">
      <w:pPr>
        <w:jc w:val="center"/>
      </w:pPr>
      <w:r>
        <w:rPr>
          <w:sz w:val="18"/>
        </w:rPr>
        <w:t>图：3D视觉检测系统（中创科达同类型产品参考）</w:t>
      </w:r>
    </w:p>
    <w:sectPr w:rsidR="00EC792E" w:rsidSect="0003461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229" w:rsidRDefault="005B2229" w:rsidP="00592ECA">
      <w:pPr>
        <w:spacing w:after="0" w:line="240" w:lineRule="auto"/>
      </w:pPr>
      <w:r>
        <w:separator/>
      </w:r>
    </w:p>
  </w:endnote>
  <w:endnote w:type="continuationSeparator" w:id="0">
    <w:p w:rsidR="005B2229" w:rsidRDefault="005B2229" w:rsidP="00592E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229" w:rsidRDefault="005B2229" w:rsidP="00592ECA">
      <w:pPr>
        <w:spacing w:after="0" w:line="240" w:lineRule="auto"/>
      </w:pPr>
      <w:r>
        <w:separator/>
      </w:r>
    </w:p>
  </w:footnote>
  <w:footnote w:type="continuationSeparator" w:id="0">
    <w:p w:rsidR="005B2229" w:rsidRDefault="005B2229" w:rsidP="00592E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bordersDoNotSurroundHeader/>
  <w:bordersDoNotSurroundFooter/>
  <w:proofState w:spelling="clean"/>
  <w:defaultTabStop w:val="720"/>
  <w:characterSpacingControl w:val="doNotCompress"/>
  <w:hdrShapeDefaults>
    <o:shapedefaults v:ext="edit" spidmax="4098"/>
  </w:hdrShapeDefaults>
  <w:footnotePr>
    <w:footnote w:id="-1"/>
    <w:footnote w:id="0"/>
  </w:footnotePr>
  <w:endnotePr>
    <w:endnote w:id="-1"/>
    <w:endnote w:id="0"/>
  </w:endnotePr>
  <w:compat>
    <w:useFELayout/>
  </w:compat>
  <w:rsids>
    <w:rsidRoot w:val="00B47730"/>
    <w:rsid w:val="00034616"/>
    <w:rsid w:val="0006063C"/>
    <w:rsid w:val="0015074B"/>
    <w:rsid w:val="001764FD"/>
    <w:rsid w:val="001B120C"/>
    <w:rsid w:val="00243858"/>
    <w:rsid w:val="0029639D"/>
    <w:rsid w:val="00313486"/>
    <w:rsid w:val="00326F90"/>
    <w:rsid w:val="00592ECA"/>
    <w:rsid w:val="005B2229"/>
    <w:rsid w:val="00610028"/>
    <w:rsid w:val="00615264"/>
    <w:rsid w:val="00981828"/>
    <w:rsid w:val="00AA1D8D"/>
    <w:rsid w:val="00B47730"/>
    <w:rsid w:val="00CB0664"/>
    <w:rsid w:val="00D27A2A"/>
    <w:rsid w:val="00DD63B0"/>
    <w:rsid w:val="00EC792E"/>
    <w:rsid w:val="00FC69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宋体" w:eastAsia="宋体" w:hAnsi="宋体"/>
      <w:sz w:val="21"/>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4"/>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页眉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页脚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标题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标题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标题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标题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副标题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正文文本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正文文本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正文文本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宏文本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引用 Char"/>
    <w:basedOn w:val="a2"/>
    <w:link w:val="af"/>
    <w:uiPriority w:val="29"/>
    <w:rsid w:val="00FC693F"/>
    <w:rPr>
      <w:i/>
      <w:iCs/>
      <w:color w:val="000000" w:themeColor="text1"/>
    </w:rPr>
  </w:style>
  <w:style w:type="character" w:customStyle="1" w:styleId="4Char">
    <w:name w:val="标题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标题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标题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标题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标题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标题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明显引用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1">
    <w:name w:val="Balloon Text"/>
    <w:basedOn w:val="a1"/>
    <w:link w:val="Char7"/>
    <w:uiPriority w:val="99"/>
    <w:semiHidden/>
    <w:unhideWhenUsed/>
    <w:rsid w:val="00DD63B0"/>
    <w:pPr>
      <w:spacing w:after="0" w:line="240" w:lineRule="auto"/>
    </w:pPr>
    <w:rPr>
      <w:sz w:val="18"/>
      <w:szCs w:val="18"/>
    </w:rPr>
  </w:style>
  <w:style w:type="character" w:customStyle="1" w:styleId="Char7">
    <w:name w:val="批注框文本 Char"/>
    <w:basedOn w:val="a2"/>
    <w:link w:val="aff1"/>
    <w:uiPriority w:val="99"/>
    <w:semiHidden/>
    <w:rsid w:val="00DD63B0"/>
    <w:rPr>
      <w:rFonts w:ascii="宋体" w:eastAsia="宋体" w:hAnsi="宋体"/>
      <w:sz w:val="18"/>
      <w:szCs w:val="18"/>
    </w:rPr>
  </w:style>
  <w:style w:type="paragraph" w:styleId="aff2">
    <w:name w:val="Normal (Web)"/>
    <w:basedOn w:val="a1"/>
    <w:uiPriority w:val="99"/>
    <w:unhideWhenUsed/>
    <w:rsid w:val="00592ECA"/>
    <w:pPr>
      <w:spacing w:before="100" w:beforeAutospacing="1" w:after="100" w:afterAutospacing="1" w:line="240" w:lineRule="auto"/>
    </w:pPr>
    <w:rPr>
      <w:rFonts w:cs="宋体"/>
      <w:sz w:val="24"/>
      <w:szCs w:val="24"/>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divs>
    <w:div w:id="61409982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FD7F6-B455-4BA2-9DEB-C534AB65B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Administrator</cp:lastModifiedBy>
  <cp:revision>8</cp:revision>
  <dcterms:created xsi:type="dcterms:W3CDTF">2026-07-04T09:13:00Z</dcterms:created>
  <dcterms:modified xsi:type="dcterms:W3CDTF">2026-07-15T08:44:00Z</dcterms:modified>
</cp:coreProperties>
</file>