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D1B" w:rsidRDefault="00011169">
      <w:pPr>
        <w:pStyle w:val="a8"/>
        <w:jc w:val="center"/>
        <w:rPr>
          <w:lang w:eastAsia="zh-CN"/>
        </w:rPr>
      </w:pPr>
      <w:proofErr w:type="spellStart"/>
      <w:r>
        <w:rPr>
          <w:rFonts w:ascii="宋体" w:eastAsia="宋体" w:hAnsi="宋体"/>
          <w:b/>
          <w:sz w:val="32"/>
        </w:rPr>
        <w:t>重量检测机厂家采购对比报告</w:t>
      </w:r>
      <w:proofErr w:type="spellEnd"/>
    </w:p>
    <w:p w:rsidR="00636D1B" w:rsidRPr="00EF3C1C" w:rsidRDefault="00011169">
      <w:pPr>
        <w:rPr>
          <w:sz w:val="24"/>
          <w:szCs w:val="24"/>
        </w:rPr>
      </w:pPr>
      <w:r w:rsidRPr="00EF3C1C">
        <w:rPr>
          <w:sz w:val="24"/>
          <w:szCs w:val="24"/>
        </w:rPr>
        <w:t>本报告精选山东省内5家重量检测设备制造商，均为工商注册在营企业，涵盖高新技术企业、专精特新企业、专业检测设备厂商等，适配坚果/食品生产线重量检测，供采购参考。</w:t>
      </w:r>
    </w:p>
    <w:p w:rsidR="00636D1B" w:rsidRDefault="00011169">
      <w:pPr>
        <w:jc w:val="center"/>
      </w:pPr>
      <w:r>
        <w:rPr>
          <w:noProof/>
          <w:lang w:eastAsia="zh-CN"/>
        </w:rPr>
        <w:drawing>
          <wp:inline distT="0" distB="0" distL="0" distR="0">
            <wp:extent cx="4114800" cy="411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ight_main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D1B" w:rsidRPr="00EF3C1C" w:rsidRDefault="00011169">
      <w:pPr>
        <w:jc w:val="center"/>
        <w:rPr>
          <w:szCs w:val="21"/>
        </w:rPr>
      </w:pPr>
      <w:r w:rsidRPr="00EF3C1C">
        <w:rPr>
          <w:szCs w:val="21"/>
        </w:rPr>
        <w:t>图：在线重量检测机（流水线动态检重设备）</w:t>
      </w:r>
    </w:p>
    <w:p w:rsidR="00636D1B" w:rsidRDefault="00011169">
      <w:pPr>
        <w:pStyle w:val="1"/>
      </w:pPr>
      <w:r>
        <w:rPr>
          <w:rFonts w:ascii="宋体" w:eastAsia="宋体" w:hAnsi="宋体"/>
        </w:rPr>
        <w:t>各厂家详细介绍</w:t>
      </w:r>
    </w:p>
    <w:p w:rsidR="00636D1B" w:rsidRDefault="00011169">
      <w:pPr>
        <w:pStyle w:val="21"/>
      </w:pPr>
      <w:r>
        <w:rPr>
          <w:rFonts w:ascii="宋体" w:eastAsia="宋体" w:hAnsi="宋体"/>
        </w:rPr>
        <w:t>1. 山东西泰克仪器有限公司</w:t>
      </w:r>
    </w:p>
    <w:p w:rsidR="00636D1B" w:rsidRPr="00EF3C1C" w:rsidRDefault="00011169">
      <w:pPr>
        <w:pStyle w:val="a0"/>
        <w:rPr>
          <w:sz w:val="24"/>
          <w:szCs w:val="24"/>
        </w:rPr>
      </w:pPr>
      <w:proofErr w:type="spellStart"/>
      <w:r w:rsidRPr="00EF3C1C">
        <w:rPr>
          <w:b/>
          <w:sz w:val="24"/>
          <w:szCs w:val="24"/>
        </w:rPr>
        <w:t>企业真实性</w:t>
      </w:r>
      <w:proofErr w:type="spellEnd"/>
      <w:r w:rsidRPr="00EF3C1C">
        <w:rPr>
          <w:b/>
          <w:sz w:val="24"/>
          <w:szCs w:val="24"/>
        </w:rPr>
        <w:t>：</w:t>
      </w:r>
      <w:r w:rsidR="00EF3C1C" w:rsidRPr="00EF3C1C">
        <w:rPr>
          <w:sz w:val="24"/>
          <w:szCs w:val="24"/>
        </w:rPr>
        <w:t xml:space="preserve"> </w:t>
      </w:r>
      <w:r w:rsidRPr="00EF3C1C">
        <w:rPr>
          <w:sz w:val="24"/>
          <w:szCs w:val="24"/>
        </w:rPr>
        <w:t>2005年3月10日成立，法定代表人宋力，在营企业，注册资本2000</w:t>
      </w:r>
      <w:r w:rsidR="00EF3C1C">
        <w:rPr>
          <w:sz w:val="24"/>
          <w:szCs w:val="24"/>
        </w:rPr>
        <w:t>万元</w:t>
      </w:r>
    </w:p>
    <w:p w:rsidR="001547D1" w:rsidRPr="00EF3C1C" w:rsidRDefault="001547D1">
      <w:pPr>
        <w:pStyle w:val="a0"/>
        <w:rPr>
          <w:sz w:val="24"/>
          <w:szCs w:val="24"/>
        </w:rPr>
      </w:pPr>
      <w:r w:rsidRPr="00EF3C1C">
        <w:rPr>
          <w:b/>
          <w:sz w:val="24"/>
          <w:szCs w:val="24"/>
        </w:rPr>
        <w:t>参保人数：</w:t>
      </w:r>
      <w:r w:rsidR="00011169" w:rsidRPr="00EF3C1C">
        <w:rPr>
          <w:sz w:val="24"/>
          <w:szCs w:val="24"/>
        </w:rPr>
        <w:t>58</w:t>
      </w:r>
      <w:r w:rsidRPr="00EF3C1C">
        <w:rPr>
          <w:sz w:val="24"/>
          <w:szCs w:val="24"/>
        </w:rPr>
        <w:t>人</w:t>
      </w:r>
    </w:p>
    <w:p w:rsidR="001547D1" w:rsidRPr="00EF3C1C" w:rsidRDefault="00011169">
      <w:pPr>
        <w:pStyle w:val="a0"/>
        <w:rPr>
          <w:sz w:val="24"/>
          <w:szCs w:val="24"/>
        </w:rPr>
      </w:pPr>
      <w:r w:rsidRPr="00EF3C1C">
        <w:rPr>
          <w:b/>
          <w:sz w:val="24"/>
          <w:szCs w:val="24"/>
        </w:rPr>
        <w:t>地址：</w:t>
      </w:r>
      <w:r w:rsidRPr="00EF3C1C">
        <w:rPr>
          <w:sz w:val="24"/>
          <w:szCs w:val="24"/>
        </w:rPr>
        <w:t>山东省济南市高新区天辰大街1251号1号楼</w:t>
      </w:r>
    </w:p>
    <w:p w:rsidR="00636D1B" w:rsidRPr="00EF3C1C" w:rsidRDefault="00011169">
      <w:pPr>
        <w:pStyle w:val="a0"/>
        <w:rPr>
          <w:sz w:val="24"/>
          <w:szCs w:val="24"/>
        </w:rPr>
      </w:pPr>
      <w:r w:rsidRPr="00EF3C1C">
        <w:rPr>
          <w:b/>
          <w:sz w:val="24"/>
          <w:szCs w:val="24"/>
        </w:rPr>
        <w:t>厂房面积：</w:t>
      </w:r>
      <w:r w:rsidRPr="00EF3C1C">
        <w:rPr>
          <w:sz w:val="24"/>
          <w:szCs w:val="24"/>
        </w:rPr>
        <w:t>拥有数千平米的办公楼和生产车间，配备日本雅马哈SMT贴片焊接生产线、视觉检测设备，以及安规、环境、老化、电磁兼容等可靠性能实验室</w:t>
      </w:r>
    </w:p>
    <w:p w:rsidR="00636D1B" w:rsidRPr="00EF3C1C" w:rsidRDefault="00011169">
      <w:pPr>
        <w:pStyle w:val="a0"/>
        <w:rPr>
          <w:sz w:val="24"/>
          <w:szCs w:val="24"/>
        </w:rPr>
      </w:pPr>
      <w:proofErr w:type="spellStart"/>
      <w:r w:rsidRPr="00EF3C1C">
        <w:rPr>
          <w:b/>
          <w:sz w:val="24"/>
          <w:szCs w:val="24"/>
        </w:rPr>
        <w:lastRenderedPageBreak/>
        <w:t>企业资质</w:t>
      </w:r>
      <w:proofErr w:type="spellEnd"/>
      <w:r w:rsidRPr="00EF3C1C">
        <w:rPr>
          <w:b/>
          <w:sz w:val="24"/>
          <w:szCs w:val="24"/>
        </w:rPr>
        <w:t>：</w:t>
      </w:r>
      <w:r w:rsidR="00EF3C1C" w:rsidRPr="00EF3C1C">
        <w:rPr>
          <w:sz w:val="24"/>
          <w:szCs w:val="24"/>
        </w:rPr>
        <w:t xml:space="preserve"> </w:t>
      </w:r>
      <w:r w:rsidRPr="00EF3C1C">
        <w:rPr>
          <w:sz w:val="24"/>
          <w:szCs w:val="24"/>
        </w:rPr>
        <w:t>ISO9001认证、欧盟CE认证、称重仪器生产许可证，近百项检重专利和专有技术</w:t>
      </w:r>
      <w:r w:rsidR="00EF3C1C">
        <w:rPr>
          <w:sz w:val="24"/>
          <w:szCs w:val="24"/>
        </w:rPr>
        <w:t>。</w:t>
      </w:r>
    </w:p>
    <w:p w:rsidR="001547D1" w:rsidRPr="00EF3C1C" w:rsidRDefault="00011169">
      <w:pPr>
        <w:pStyle w:val="a0"/>
        <w:rPr>
          <w:sz w:val="24"/>
          <w:szCs w:val="24"/>
        </w:rPr>
      </w:pPr>
      <w:r w:rsidRPr="00EF3C1C">
        <w:rPr>
          <w:b/>
          <w:sz w:val="24"/>
          <w:szCs w:val="24"/>
        </w:rPr>
        <w:t>联系方式：</w:t>
      </w:r>
      <w:r w:rsidRPr="00EF3C1C">
        <w:rPr>
          <w:sz w:val="24"/>
          <w:szCs w:val="24"/>
        </w:rPr>
        <w:t>电话：</w:t>
      </w:r>
      <w:r w:rsidR="001547D1" w:rsidRPr="00EF3C1C">
        <w:rPr>
          <w:sz w:val="24"/>
          <w:szCs w:val="24"/>
        </w:rPr>
        <w:t>0531-81216151</w:t>
      </w:r>
      <w:r w:rsidRPr="00EF3C1C">
        <w:rPr>
          <w:sz w:val="24"/>
          <w:szCs w:val="24"/>
        </w:rPr>
        <w:t>，官网：</w:t>
      </w:r>
      <w:hyperlink r:id="rId9" w:history="1">
        <w:r w:rsidR="001547D1" w:rsidRPr="00EF3C1C">
          <w:rPr>
            <w:rStyle w:val="aff2"/>
            <w:sz w:val="24"/>
            <w:szCs w:val="24"/>
          </w:rPr>
          <w:t>http://www.setaq.com/</w:t>
        </w:r>
      </w:hyperlink>
    </w:p>
    <w:p w:rsidR="00636D1B" w:rsidRPr="00EF3C1C" w:rsidRDefault="00011169">
      <w:pPr>
        <w:pStyle w:val="a0"/>
        <w:rPr>
          <w:sz w:val="24"/>
          <w:szCs w:val="24"/>
        </w:rPr>
      </w:pPr>
      <w:r w:rsidRPr="00EF3C1C">
        <w:rPr>
          <w:b/>
          <w:sz w:val="24"/>
          <w:szCs w:val="24"/>
        </w:rPr>
        <w:t>核心产品：</w:t>
      </w:r>
      <w:r w:rsidRPr="00EF3C1C">
        <w:rPr>
          <w:sz w:val="24"/>
          <w:szCs w:val="24"/>
        </w:rPr>
        <w:t>检重秤、高速自动在线检重秤、称重分选设备、胶囊片剂检重秤、条管检重秤、多列检重秤、分选检重秤、光速检重秤、检重秤流水线，产品覆盖制药、食品、化工、电子等行业</w:t>
      </w:r>
    </w:p>
    <w:p w:rsidR="00636D1B" w:rsidRPr="00EF3C1C" w:rsidRDefault="00011169">
      <w:pPr>
        <w:pStyle w:val="a0"/>
        <w:rPr>
          <w:sz w:val="24"/>
          <w:szCs w:val="24"/>
        </w:rPr>
      </w:pPr>
      <w:r w:rsidRPr="00EF3C1C">
        <w:rPr>
          <w:b/>
          <w:sz w:val="24"/>
          <w:szCs w:val="24"/>
        </w:rPr>
        <w:t>技术特点：</w:t>
      </w:r>
      <w:r w:rsidRPr="00EF3C1C">
        <w:rPr>
          <w:sz w:val="24"/>
          <w:szCs w:val="24"/>
        </w:rPr>
        <w:t>20年+专注称重控制核心技术开发</w:t>
      </w:r>
      <w:r w:rsidR="00EF3C1C">
        <w:rPr>
          <w:sz w:val="24"/>
          <w:szCs w:val="24"/>
        </w:rPr>
        <w:t>。</w:t>
      </w:r>
      <w:r w:rsidRPr="00EF3C1C">
        <w:rPr>
          <w:sz w:val="24"/>
          <w:szCs w:val="24"/>
        </w:rPr>
        <w:t>拥有检重秤的核心技术，称重传感器、称重ARM硬件控制部分、称重软件全部自主研发；引进日本雅马哈SMT贴片焊接生产线，生产的检重控制模块具有高可靠性和一致性；光速检重秤速度可达100个/分钟，检测范围1-60g，精度可达0.2g；可提供从单机设备到整厂智能检测系统的全套解决方案</w:t>
      </w:r>
    </w:p>
    <w:p w:rsidR="00636D1B" w:rsidRPr="00EF3C1C" w:rsidRDefault="00011169">
      <w:pPr>
        <w:pStyle w:val="a0"/>
        <w:rPr>
          <w:sz w:val="24"/>
          <w:szCs w:val="24"/>
        </w:rPr>
      </w:pPr>
      <w:r w:rsidRPr="00EF3C1C">
        <w:rPr>
          <w:b/>
          <w:sz w:val="24"/>
          <w:szCs w:val="24"/>
        </w:rPr>
        <w:t>出口信息：</w:t>
      </w:r>
      <w:r w:rsidRPr="00EF3C1C">
        <w:rPr>
          <w:sz w:val="24"/>
          <w:szCs w:val="24"/>
        </w:rPr>
        <w:t>产品出口全球多个国家和地区，服务海外工业项目，一般贸易方式，拥有自营进出口权，CE认证支持出口欧盟</w:t>
      </w:r>
    </w:p>
    <w:p w:rsidR="00636D1B" w:rsidRPr="00EF3C1C" w:rsidRDefault="00011169">
      <w:pPr>
        <w:pStyle w:val="a0"/>
        <w:rPr>
          <w:sz w:val="24"/>
          <w:szCs w:val="24"/>
        </w:rPr>
      </w:pPr>
      <w:r w:rsidRPr="00EF3C1C">
        <w:rPr>
          <w:b/>
          <w:sz w:val="24"/>
          <w:szCs w:val="24"/>
        </w:rPr>
        <w:t>海关编码：</w:t>
      </w:r>
      <w:r w:rsidRPr="00EF3C1C">
        <w:rPr>
          <w:sz w:val="24"/>
          <w:szCs w:val="24"/>
        </w:rPr>
        <w:t>主要归类：</w:t>
      </w:r>
      <w:bookmarkStart w:id="0" w:name="OLE_LINK1"/>
      <w:bookmarkStart w:id="1" w:name="OLE_LINK2"/>
      <w:r w:rsidRPr="00EF3C1C">
        <w:rPr>
          <w:sz w:val="24"/>
          <w:szCs w:val="24"/>
        </w:rPr>
        <w:t>84233020</w:t>
      </w:r>
      <w:bookmarkEnd w:id="0"/>
      <w:bookmarkEnd w:id="1"/>
      <w:r w:rsidRPr="00EF3C1C">
        <w:rPr>
          <w:sz w:val="24"/>
          <w:szCs w:val="24"/>
        </w:rPr>
        <w:t>（</w:t>
      </w:r>
      <w:r w:rsidR="001547D1" w:rsidRPr="00EF3C1C">
        <w:rPr>
          <w:sz w:val="24"/>
          <w:szCs w:val="24"/>
        </w:rPr>
        <w:t>定量分选</w:t>
      </w:r>
      <w:r w:rsidRPr="00EF3C1C">
        <w:rPr>
          <w:sz w:val="24"/>
          <w:szCs w:val="24"/>
        </w:rPr>
        <w:t>秤），其他电子衡器归类：</w:t>
      </w:r>
      <w:r w:rsidR="001547D1" w:rsidRPr="00EF3C1C">
        <w:rPr>
          <w:sz w:val="24"/>
          <w:szCs w:val="24"/>
        </w:rPr>
        <w:t>84238190</w:t>
      </w:r>
      <w:r w:rsidRPr="00EF3C1C">
        <w:rPr>
          <w:sz w:val="24"/>
          <w:szCs w:val="24"/>
        </w:rPr>
        <w:t>（</w:t>
      </w:r>
      <w:r w:rsidR="001547D1" w:rsidRPr="00EF3C1C">
        <w:rPr>
          <w:sz w:val="24"/>
          <w:szCs w:val="24"/>
        </w:rPr>
        <w:t>其他</w:t>
      </w:r>
      <w:r w:rsidRPr="00EF3C1C">
        <w:rPr>
          <w:sz w:val="24"/>
          <w:szCs w:val="24"/>
        </w:rPr>
        <w:t>）或</w:t>
      </w:r>
      <w:r w:rsidR="001547D1" w:rsidRPr="00EF3C1C">
        <w:rPr>
          <w:sz w:val="24"/>
          <w:szCs w:val="24"/>
        </w:rPr>
        <w:t xml:space="preserve"> 84238210</w:t>
      </w:r>
      <w:r w:rsidRPr="00EF3C1C">
        <w:rPr>
          <w:sz w:val="24"/>
          <w:szCs w:val="24"/>
        </w:rPr>
        <w:t>（</w:t>
      </w:r>
      <w:r w:rsidR="001547D1" w:rsidRPr="00EF3C1C">
        <w:rPr>
          <w:sz w:val="24"/>
          <w:szCs w:val="24"/>
        </w:rPr>
        <w:t>地中衡</w:t>
      </w:r>
      <w:r w:rsidRPr="00EF3C1C">
        <w:rPr>
          <w:sz w:val="24"/>
          <w:szCs w:val="24"/>
        </w:rPr>
        <w:t>）</w:t>
      </w:r>
    </w:p>
    <w:p w:rsidR="00636D1B" w:rsidRPr="00EF3C1C" w:rsidRDefault="00011169">
      <w:pPr>
        <w:pStyle w:val="a0"/>
        <w:rPr>
          <w:sz w:val="24"/>
          <w:szCs w:val="24"/>
        </w:rPr>
      </w:pPr>
      <w:r w:rsidRPr="00EF3C1C">
        <w:rPr>
          <w:b/>
          <w:sz w:val="24"/>
          <w:szCs w:val="24"/>
        </w:rPr>
        <w:t>价格参考：</w:t>
      </w:r>
      <w:r w:rsidRPr="00EF3C1C">
        <w:rPr>
          <w:sz w:val="24"/>
          <w:szCs w:val="24"/>
        </w:rPr>
        <w:t>标准中小型检重设备约3-15万元/台套，大型智能检重系统约10-50万元/项目，整厂检测线集成约20-100万元/项目</w:t>
      </w:r>
    </w:p>
    <w:p w:rsidR="00636D1B" w:rsidRPr="00EF3C1C" w:rsidRDefault="00011169">
      <w:pPr>
        <w:pStyle w:val="a0"/>
        <w:rPr>
          <w:sz w:val="24"/>
          <w:szCs w:val="24"/>
        </w:rPr>
      </w:pPr>
      <w:r w:rsidRPr="00EF3C1C">
        <w:rPr>
          <w:b/>
          <w:sz w:val="24"/>
          <w:szCs w:val="24"/>
        </w:rPr>
        <w:t>生产周期</w:t>
      </w:r>
      <w:r w:rsidRPr="00EF3C1C">
        <w:rPr>
          <w:sz w:val="24"/>
          <w:szCs w:val="24"/>
        </w:rPr>
        <w:t>：标准设备15-30天，定制设备30-60天，大型系统集成项目45-90天</w:t>
      </w:r>
    </w:p>
    <w:p w:rsidR="00636D1B" w:rsidRPr="00EF3C1C" w:rsidRDefault="00011169">
      <w:pPr>
        <w:pStyle w:val="a0"/>
        <w:rPr>
          <w:sz w:val="24"/>
          <w:szCs w:val="24"/>
        </w:rPr>
      </w:pPr>
      <w:r w:rsidRPr="00EF3C1C">
        <w:rPr>
          <w:b/>
          <w:sz w:val="24"/>
          <w:szCs w:val="24"/>
        </w:rPr>
        <w:t>海关物流周期（青岛港起运）：</w:t>
      </w:r>
      <w:r w:rsidRPr="00EF3C1C">
        <w:rPr>
          <w:sz w:val="24"/>
          <w:szCs w:val="24"/>
        </w:rPr>
        <w:t>海运出口约25-45天（含报关、运输、清关），空运出口约7-15天，具体取决于目的国和运输方式</w:t>
      </w:r>
    </w:p>
    <w:p w:rsidR="00636D1B" w:rsidRPr="00EF3C1C" w:rsidRDefault="00011169">
      <w:pPr>
        <w:pStyle w:val="a0"/>
        <w:rPr>
          <w:sz w:val="24"/>
          <w:szCs w:val="24"/>
        </w:rPr>
      </w:pPr>
      <w:r w:rsidRPr="00EF3C1C">
        <w:rPr>
          <w:b/>
          <w:sz w:val="24"/>
          <w:szCs w:val="24"/>
        </w:rPr>
        <w:t>技术优势：</w:t>
      </w:r>
      <w:r w:rsidRPr="00EF3C1C">
        <w:rPr>
          <w:sz w:val="24"/>
          <w:szCs w:val="24"/>
        </w:rPr>
        <w:t>20年+行业经验，核心技术全部自主研发，近百项专利，技术实力雄厚，适合对检测精度和可靠性要求高的高端项目采购</w:t>
      </w:r>
    </w:p>
    <w:p w:rsidR="00636D1B" w:rsidRDefault="00011169">
      <w:pPr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4114800" cy="432110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ight_setaq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321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D1B" w:rsidRPr="00BA3FCA" w:rsidRDefault="00011169">
      <w:pPr>
        <w:jc w:val="center"/>
        <w:rPr>
          <w:szCs w:val="21"/>
        </w:rPr>
      </w:pPr>
      <w:r w:rsidRPr="00BA3FCA">
        <w:rPr>
          <w:szCs w:val="21"/>
        </w:rPr>
        <w:t>图：在线检重秤（西泰克同类型产品参考）</w:t>
      </w:r>
    </w:p>
    <w:p w:rsidR="00636D1B" w:rsidRPr="00BA3FCA" w:rsidRDefault="00011169">
      <w:pPr>
        <w:pStyle w:val="21"/>
        <w:rPr>
          <w:sz w:val="28"/>
          <w:szCs w:val="28"/>
        </w:rPr>
      </w:pPr>
      <w:r w:rsidRPr="00BA3FCA">
        <w:rPr>
          <w:rFonts w:ascii="宋体" w:eastAsia="宋体" w:hAnsi="宋体"/>
          <w:sz w:val="28"/>
          <w:szCs w:val="28"/>
        </w:rPr>
        <w:t>2. 青岛欧亚德精密称量设备有限公司</w:t>
      </w:r>
    </w:p>
    <w:p w:rsidR="00636D1B" w:rsidRPr="00BA3FCA" w:rsidRDefault="00011169">
      <w:pPr>
        <w:pStyle w:val="a0"/>
        <w:rPr>
          <w:sz w:val="24"/>
          <w:szCs w:val="24"/>
        </w:rPr>
      </w:pPr>
      <w:proofErr w:type="spellStart"/>
      <w:r w:rsidRPr="00BA3FCA">
        <w:rPr>
          <w:b/>
          <w:sz w:val="24"/>
          <w:szCs w:val="24"/>
        </w:rPr>
        <w:t>企业真实性</w:t>
      </w:r>
      <w:proofErr w:type="spellEnd"/>
      <w:r w:rsidRPr="00BA3FCA">
        <w:rPr>
          <w:b/>
          <w:sz w:val="24"/>
          <w:szCs w:val="24"/>
        </w:rPr>
        <w:t>：</w:t>
      </w:r>
      <w:r w:rsidR="00BA3FCA" w:rsidRPr="00BA3FCA">
        <w:rPr>
          <w:sz w:val="24"/>
          <w:szCs w:val="24"/>
        </w:rPr>
        <w:t xml:space="preserve"> </w:t>
      </w:r>
      <w:r w:rsidRPr="00BA3FCA">
        <w:rPr>
          <w:sz w:val="24"/>
          <w:szCs w:val="24"/>
        </w:rPr>
        <w:t>2015年9月1日成立，法定代表人侯治永，在营企业，注册资本1000万元</w:t>
      </w:r>
    </w:p>
    <w:p w:rsidR="00636D1B" w:rsidRPr="00BA3FCA" w:rsidRDefault="001547D1">
      <w:pPr>
        <w:pStyle w:val="a0"/>
        <w:rPr>
          <w:sz w:val="24"/>
          <w:szCs w:val="24"/>
        </w:rPr>
      </w:pPr>
      <w:r w:rsidRPr="00BA3FCA">
        <w:rPr>
          <w:b/>
          <w:sz w:val="24"/>
          <w:szCs w:val="24"/>
        </w:rPr>
        <w:t>参保人数：</w:t>
      </w:r>
      <w:r w:rsidRPr="00BA3FCA">
        <w:rPr>
          <w:rFonts w:hint="eastAsia"/>
          <w:sz w:val="24"/>
          <w:szCs w:val="24"/>
          <w:lang w:eastAsia="zh-CN"/>
        </w:rPr>
        <w:t>16人</w:t>
      </w:r>
    </w:p>
    <w:p w:rsidR="00636D1B" w:rsidRPr="00BA3FCA" w:rsidRDefault="00011169">
      <w:pPr>
        <w:pStyle w:val="a0"/>
        <w:rPr>
          <w:sz w:val="24"/>
          <w:szCs w:val="24"/>
        </w:rPr>
      </w:pPr>
      <w:r w:rsidRPr="00BA3FCA">
        <w:rPr>
          <w:b/>
          <w:sz w:val="24"/>
          <w:szCs w:val="24"/>
        </w:rPr>
        <w:t>地址：</w:t>
      </w:r>
      <w:r w:rsidRPr="00BA3FCA">
        <w:rPr>
          <w:sz w:val="24"/>
          <w:szCs w:val="24"/>
        </w:rPr>
        <w:t>山东省青岛市城阳区夏庄街道成康路328号6号楼101</w:t>
      </w:r>
    </w:p>
    <w:p w:rsidR="00636D1B" w:rsidRPr="00BA3FCA" w:rsidRDefault="00011169">
      <w:pPr>
        <w:pStyle w:val="a0"/>
        <w:rPr>
          <w:sz w:val="24"/>
          <w:szCs w:val="24"/>
        </w:rPr>
      </w:pPr>
      <w:r w:rsidRPr="00BA3FCA">
        <w:rPr>
          <w:b/>
          <w:sz w:val="24"/>
          <w:szCs w:val="24"/>
        </w:rPr>
        <w:t>厂房面积：</w:t>
      </w:r>
      <w:r w:rsidRPr="00BA3FCA">
        <w:rPr>
          <w:sz w:val="24"/>
          <w:szCs w:val="24"/>
        </w:rPr>
        <w:t>拥有现代化生产车间和研发中心，配备先进的加工设备和检测设施，是提供智能化精密称量解决方案的国家级高新技术企业</w:t>
      </w:r>
    </w:p>
    <w:p w:rsidR="00636D1B" w:rsidRPr="00BA3FCA" w:rsidRDefault="00011169">
      <w:pPr>
        <w:pStyle w:val="a0"/>
        <w:rPr>
          <w:sz w:val="24"/>
          <w:szCs w:val="24"/>
        </w:rPr>
      </w:pPr>
      <w:r w:rsidRPr="00BA3FCA">
        <w:rPr>
          <w:b/>
          <w:sz w:val="24"/>
          <w:szCs w:val="24"/>
        </w:rPr>
        <w:t>企业资质：</w:t>
      </w:r>
      <w:r w:rsidRPr="00BA3FCA">
        <w:rPr>
          <w:sz w:val="24"/>
          <w:szCs w:val="24"/>
        </w:rPr>
        <w:t>科技型中小企业，拥有控制系统自主知识产权，二十余项软件著作权和四十余项专利，在禽类加工行业称量包装设备技术领先</w:t>
      </w:r>
      <w:r w:rsidR="00D0049C">
        <w:rPr>
          <w:sz w:val="24"/>
          <w:szCs w:val="24"/>
        </w:rPr>
        <w:t>。</w:t>
      </w:r>
      <w:r w:rsidR="00D0049C" w:rsidRPr="00D0049C">
        <w:rPr>
          <w:sz w:val="24"/>
          <w:szCs w:val="24"/>
        </w:rPr>
        <w:t>重量分选机、智能称量设备具备欧盟 CE（MD+LVD+EMC）自我声明。</w:t>
      </w:r>
    </w:p>
    <w:p w:rsidR="00636D1B" w:rsidRPr="00BA3FCA" w:rsidRDefault="00011169">
      <w:pPr>
        <w:pStyle w:val="a0"/>
        <w:rPr>
          <w:sz w:val="24"/>
          <w:szCs w:val="24"/>
        </w:rPr>
      </w:pPr>
      <w:r w:rsidRPr="00BA3FCA">
        <w:rPr>
          <w:b/>
          <w:sz w:val="24"/>
          <w:szCs w:val="24"/>
        </w:rPr>
        <w:t>联系方式：</w:t>
      </w:r>
      <w:r w:rsidRPr="00BA3FCA">
        <w:rPr>
          <w:sz w:val="24"/>
          <w:szCs w:val="24"/>
        </w:rPr>
        <w:t>电话：</w:t>
      </w:r>
      <w:r w:rsidR="001547D1" w:rsidRPr="00BA3FCA">
        <w:rPr>
          <w:sz w:val="24"/>
          <w:szCs w:val="24"/>
        </w:rPr>
        <w:t>15376771866</w:t>
      </w:r>
      <w:r w:rsidRPr="00BA3FCA">
        <w:rPr>
          <w:sz w:val="24"/>
          <w:szCs w:val="24"/>
        </w:rPr>
        <w:t>，邮箱：</w:t>
      </w:r>
      <w:r w:rsidR="001547D1" w:rsidRPr="00BA3FCA">
        <w:rPr>
          <w:sz w:val="24"/>
          <w:szCs w:val="24"/>
        </w:rPr>
        <w:t>18353221851@163.com</w:t>
      </w:r>
      <w:r w:rsidRPr="00BA3FCA">
        <w:rPr>
          <w:sz w:val="24"/>
          <w:szCs w:val="24"/>
        </w:rPr>
        <w:t>，官网：www.oydwd.com</w:t>
      </w:r>
    </w:p>
    <w:p w:rsidR="00636D1B" w:rsidRPr="00BA3FCA" w:rsidRDefault="00011169">
      <w:pPr>
        <w:pStyle w:val="a0"/>
        <w:rPr>
          <w:sz w:val="24"/>
          <w:szCs w:val="24"/>
        </w:rPr>
      </w:pPr>
      <w:r w:rsidRPr="00BA3FCA">
        <w:rPr>
          <w:b/>
          <w:sz w:val="24"/>
          <w:szCs w:val="24"/>
        </w:rPr>
        <w:t>核心产品：</w:t>
      </w:r>
      <w:r w:rsidRPr="00BA3FCA">
        <w:rPr>
          <w:sz w:val="24"/>
          <w:szCs w:val="24"/>
        </w:rPr>
        <w:t>重量分选机、自动包装设备、智能称量及自动化生产线、禽类加工称量包装设备，产品覆盖水产、鸡鸭生鲜、坚果零食、医药、蔬菜水果等行业</w:t>
      </w:r>
    </w:p>
    <w:p w:rsidR="00636D1B" w:rsidRPr="00BA3FCA" w:rsidRDefault="00011169">
      <w:pPr>
        <w:pStyle w:val="a0"/>
        <w:rPr>
          <w:sz w:val="24"/>
          <w:szCs w:val="24"/>
        </w:rPr>
      </w:pPr>
      <w:r w:rsidRPr="00BA3FCA">
        <w:rPr>
          <w:b/>
          <w:sz w:val="24"/>
          <w:szCs w:val="24"/>
        </w:rPr>
        <w:lastRenderedPageBreak/>
        <w:t>技术特点：</w:t>
      </w:r>
      <w:r w:rsidRPr="00BA3FCA">
        <w:rPr>
          <w:sz w:val="24"/>
          <w:szCs w:val="24"/>
        </w:rPr>
        <w:t>10年+行业经验，提供智能化精密称量解决方案；拥有控制系统自主知识产权，技术更新速度快，功能全、性能优；在禽类加工行业称量包装设备品类全，技术领先；产品被广泛应用于水产行业、鸡鸭生鲜行业、坚果零食行业、医药行业、蔬菜水果行业；可提供从单机设备到整厂自动化生产线的全套解决方案</w:t>
      </w:r>
    </w:p>
    <w:p w:rsidR="00636D1B" w:rsidRPr="00BA3FCA" w:rsidRDefault="00011169">
      <w:pPr>
        <w:pStyle w:val="a0"/>
        <w:rPr>
          <w:sz w:val="24"/>
          <w:szCs w:val="24"/>
        </w:rPr>
      </w:pPr>
      <w:r w:rsidRPr="00BA3FCA">
        <w:rPr>
          <w:b/>
          <w:sz w:val="24"/>
          <w:szCs w:val="24"/>
        </w:rPr>
        <w:t>出口信息：</w:t>
      </w:r>
      <w:r w:rsidRPr="00BA3FCA">
        <w:rPr>
          <w:sz w:val="24"/>
          <w:szCs w:val="24"/>
        </w:rPr>
        <w:t>产品出口全球多个国家和地区，服务海外食品加工项目，一般贸易方式，拥有自营进出口权</w:t>
      </w:r>
    </w:p>
    <w:p w:rsidR="001547D1" w:rsidRPr="00BA3FCA" w:rsidRDefault="00011169">
      <w:pPr>
        <w:pStyle w:val="a0"/>
        <w:rPr>
          <w:sz w:val="24"/>
          <w:szCs w:val="24"/>
        </w:rPr>
      </w:pPr>
      <w:r w:rsidRPr="00BA3FCA">
        <w:rPr>
          <w:b/>
          <w:sz w:val="24"/>
          <w:szCs w:val="24"/>
        </w:rPr>
        <w:t>海关编码：</w:t>
      </w:r>
      <w:r w:rsidRPr="00BA3FCA">
        <w:rPr>
          <w:sz w:val="24"/>
          <w:szCs w:val="24"/>
        </w:rPr>
        <w:t>主要归类：</w:t>
      </w:r>
      <w:r w:rsidR="001547D1" w:rsidRPr="00BA3FCA">
        <w:rPr>
          <w:sz w:val="24"/>
          <w:szCs w:val="24"/>
        </w:rPr>
        <w:t>84233020（定量分选秤），其他电子衡器归类：84238190（其他）</w:t>
      </w:r>
    </w:p>
    <w:p w:rsidR="00636D1B" w:rsidRPr="00BA3FCA" w:rsidRDefault="00011169" w:rsidP="001547D1">
      <w:pPr>
        <w:pStyle w:val="a0"/>
        <w:rPr>
          <w:sz w:val="24"/>
          <w:szCs w:val="24"/>
        </w:rPr>
      </w:pPr>
      <w:r w:rsidRPr="00BA3FCA">
        <w:rPr>
          <w:b/>
          <w:sz w:val="24"/>
          <w:szCs w:val="24"/>
        </w:rPr>
        <w:t>价格参考：</w:t>
      </w:r>
      <w:r w:rsidRPr="00BA3FCA">
        <w:rPr>
          <w:sz w:val="24"/>
          <w:szCs w:val="24"/>
        </w:rPr>
        <w:t>标准重量分选设备约2-12万元/台套，大型在线检测系统约8-40万元/项目，整厂自动化生产线约15-80万元/项目</w:t>
      </w:r>
    </w:p>
    <w:p w:rsidR="00636D1B" w:rsidRPr="00BA3FCA" w:rsidRDefault="00011169">
      <w:pPr>
        <w:pStyle w:val="a0"/>
        <w:rPr>
          <w:sz w:val="24"/>
          <w:szCs w:val="24"/>
        </w:rPr>
      </w:pPr>
      <w:r w:rsidRPr="00BA3FCA">
        <w:rPr>
          <w:b/>
          <w:sz w:val="24"/>
          <w:szCs w:val="24"/>
        </w:rPr>
        <w:t>生产周期：</w:t>
      </w:r>
      <w:r w:rsidRPr="00BA3FCA">
        <w:rPr>
          <w:sz w:val="24"/>
          <w:szCs w:val="24"/>
        </w:rPr>
        <w:t>标准设备12-25天，定制设备25-50天，大型系统集成项目40-75天</w:t>
      </w:r>
    </w:p>
    <w:p w:rsidR="00636D1B" w:rsidRPr="00BA3FCA" w:rsidRDefault="00011169">
      <w:pPr>
        <w:pStyle w:val="a0"/>
        <w:rPr>
          <w:sz w:val="24"/>
          <w:szCs w:val="24"/>
        </w:rPr>
      </w:pPr>
      <w:r w:rsidRPr="00BA3FCA">
        <w:rPr>
          <w:b/>
          <w:sz w:val="24"/>
          <w:szCs w:val="24"/>
        </w:rPr>
        <w:t>海关物流周期（青岛港起运）：</w:t>
      </w:r>
      <w:r w:rsidRPr="00BA3FCA">
        <w:rPr>
          <w:sz w:val="24"/>
          <w:szCs w:val="24"/>
        </w:rPr>
        <w:t>海运出口约25-45天（含报关、运输、清关），空运出口约7-15天，具体取决于目的国和运输方式</w:t>
      </w:r>
    </w:p>
    <w:p w:rsidR="00636D1B" w:rsidRPr="00BA3FCA" w:rsidRDefault="00011169">
      <w:pPr>
        <w:pStyle w:val="a0"/>
        <w:rPr>
          <w:sz w:val="24"/>
          <w:szCs w:val="24"/>
        </w:rPr>
      </w:pPr>
      <w:proofErr w:type="spellStart"/>
      <w:r w:rsidRPr="00BA3FCA">
        <w:rPr>
          <w:b/>
          <w:sz w:val="24"/>
          <w:szCs w:val="24"/>
        </w:rPr>
        <w:t>专业优势</w:t>
      </w:r>
      <w:proofErr w:type="spellEnd"/>
      <w:r w:rsidRPr="00BA3FCA">
        <w:rPr>
          <w:b/>
          <w:sz w:val="24"/>
          <w:szCs w:val="24"/>
        </w:rPr>
        <w:t>：</w:t>
      </w:r>
      <w:r w:rsidR="00BA3FCA" w:rsidRPr="00BA3FCA">
        <w:rPr>
          <w:sz w:val="24"/>
          <w:szCs w:val="24"/>
        </w:rPr>
        <w:t xml:space="preserve"> </w:t>
      </w:r>
      <w:r w:rsidRPr="00BA3FCA">
        <w:rPr>
          <w:sz w:val="24"/>
          <w:szCs w:val="24"/>
        </w:rPr>
        <w:t>10年+行业经验，拥有控制系统自主知识产权，四十余项专利，在禽类/水产/坚果等食品称量领域专业度高，适合食品加工行业的重量分选和检测项目采购</w:t>
      </w:r>
    </w:p>
    <w:p w:rsidR="00636D1B" w:rsidRDefault="00011169">
      <w:pPr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4114800" cy="4114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ight_ouyad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D1B" w:rsidRDefault="00011169">
      <w:pPr>
        <w:jc w:val="center"/>
      </w:pPr>
      <w:r>
        <w:rPr>
          <w:sz w:val="18"/>
        </w:rPr>
        <w:t>图：高精度重量分选机（欧亚德同类型产品参考）</w:t>
      </w:r>
    </w:p>
    <w:p w:rsidR="00636D1B" w:rsidRDefault="00011169">
      <w:pPr>
        <w:pStyle w:val="21"/>
      </w:pPr>
      <w:r>
        <w:rPr>
          <w:rFonts w:ascii="宋体" w:eastAsia="宋体" w:hAnsi="宋体"/>
        </w:rPr>
        <w:t>3. 青岛爱克森机械有限公司</w:t>
      </w:r>
    </w:p>
    <w:p w:rsidR="001547D1" w:rsidRPr="00DD4771" w:rsidRDefault="00011169" w:rsidP="001547D1">
      <w:pPr>
        <w:pStyle w:val="a0"/>
        <w:rPr>
          <w:sz w:val="24"/>
          <w:szCs w:val="24"/>
        </w:rPr>
      </w:pPr>
      <w:proofErr w:type="spellStart"/>
      <w:r w:rsidRPr="00DD4771">
        <w:rPr>
          <w:b/>
          <w:sz w:val="24"/>
          <w:szCs w:val="24"/>
        </w:rPr>
        <w:t>企业真实性</w:t>
      </w:r>
      <w:proofErr w:type="spellEnd"/>
      <w:r w:rsidRPr="00DD4771">
        <w:rPr>
          <w:b/>
          <w:sz w:val="24"/>
          <w:szCs w:val="24"/>
        </w:rPr>
        <w:t>：</w:t>
      </w:r>
      <w:r w:rsidR="00D0049C" w:rsidRPr="00DD4771">
        <w:rPr>
          <w:sz w:val="24"/>
          <w:szCs w:val="24"/>
        </w:rPr>
        <w:t xml:space="preserve"> </w:t>
      </w:r>
      <w:r w:rsidRPr="00DD4771">
        <w:rPr>
          <w:sz w:val="24"/>
          <w:szCs w:val="24"/>
        </w:rPr>
        <w:t>2015年7月24日成立，法定代表人王海燕，在营企业，注册资本50万元</w:t>
      </w:r>
    </w:p>
    <w:p w:rsidR="00636D1B" w:rsidRPr="00DD4771" w:rsidRDefault="00011169" w:rsidP="001547D1">
      <w:pPr>
        <w:pStyle w:val="a0"/>
        <w:rPr>
          <w:sz w:val="24"/>
          <w:szCs w:val="24"/>
        </w:rPr>
      </w:pPr>
      <w:r w:rsidRPr="00DD4771">
        <w:rPr>
          <w:b/>
          <w:sz w:val="24"/>
          <w:szCs w:val="24"/>
        </w:rPr>
        <w:t>地址：</w:t>
      </w:r>
      <w:r w:rsidRPr="00DD4771">
        <w:rPr>
          <w:sz w:val="24"/>
          <w:szCs w:val="24"/>
        </w:rPr>
        <w:t>山东省青岛市市南区山东路10号1栋乙区706</w:t>
      </w:r>
      <w:r w:rsidR="001547D1" w:rsidRPr="00DD4771">
        <w:rPr>
          <w:sz w:val="24"/>
          <w:szCs w:val="24"/>
        </w:rPr>
        <w:t>户</w:t>
      </w:r>
    </w:p>
    <w:p w:rsidR="00636D1B" w:rsidRPr="00DD4771" w:rsidRDefault="00011169">
      <w:pPr>
        <w:pStyle w:val="a0"/>
        <w:rPr>
          <w:sz w:val="24"/>
          <w:szCs w:val="24"/>
        </w:rPr>
      </w:pPr>
      <w:r w:rsidRPr="00DD4771">
        <w:rPr>
          <w:b/>
          <w:sz w:val="24"/>
          <w:szCs w:val="24"/>
        </w:rPr>
        <w:t>厂房面积：</w:t>
      </w:r>
      <w:r w:rsidRPr="00DD4771">
        <w:rPr>
          <w:sz w:val="24"/>
          <w:szCs w:val="24"/>
        </w:rPr>
        <w:t>拥有标准化生产车间和研发中心，配备先进的加工设备和检测设施，是食品机械领域专注重量分级分选与自动化装备的老牌企业</w:t>
      </w:r>
    </w:p>
    <w:p w:rsidR="00636D1B" w:rsidRPr="00DD4771" w:rsidRDefault="00011169">
      <w:pPr>
        <w:pStyle w:val="a0"/>
        <w:rPr>
          <w:sz w:val="24"/>
          <w:szCs w:val="24"/>
        </w:rPr>
      </w:pPr>
      <w:r w:rsidRPr="00DD4771">
        <w:rPr>
          <w:b/>
          <w:sz w:val="24"/>
          <w:szCs w:val="24"/>
        </w:rPr>
        <w:t>企业资质：</w:t>
      </w:r>
      <w:r w:rsidRPr="00DD4771">
        <w:rPr>
          <w:sz w:val="24"/>
          <w:szCs w:val="24"/>
        </w:rPr>
        <w:t>实用新型专利1项（电磁剔除器，专利号CN211839124U）、商标2项（爱克森、AKSON）、7项软件著作权，10年+行业经验</w:t>
      </w:r>
      <w:r w:rsidR="00DD4771">
        <w:rPr>
          <w:sz w:val="24"/>
          <w:szCs w:val="24"/>
        </w:rPr>
        <w:t>，</w:t>
      </w:r>
      <w:r w:rsidR="00DD4771" w:rsidRPr="00DD4771">
        <w:rPr>
          <w:sz w:val="24"/>
          <w:szCs w:val="24"/>
        </w:rPr>
        <w:t xml:space="preserve">禽肉重量分选设备取得整机 CE </w:t>
      </w:r>
      <w:proofErr w:type="spellStart"/>
      <w:r w:rsidR="00DD4771" w:rsidRPr="00DD4771">
        <w:rPr>
          <w:sz w:val="24"/>
          <w:szCs w:val="24"/>
        </w:rPr>
        <w:t>安全认证</w:t>
      </w:r>
      <w:proofErr w:type="spellEnd"/>
      <w:r w:rsidR="00DD4771">
        <w:rPr>
          <w:sz w:val="24"/>
          <w:szCs w:val="24"/>
        </w:rPr>
        <w:t>。</w:t>
      </w:r>
    </w:p>
    <w:p w:rsidR="00636D1B" w:rsidRPr="00DD4771" w:rsidRDefault="00011169">
      <w:pPr>
        <w:pStyle w:val="a0"/>
        <w:rPr>
          <w:sz w:val="24"/>
          <w:szCs w:val="24"/>
        </w:rPr>
      </w:pPr>
      <w:r w:rsidRPr="00DD4771">
        <w:rPr>
          <w:b/>
          <w:sz w:val="24"/>
          <w:szCs w:val="24"/>
        </w:rPr>
        <w:t>联系方式：</w:t>
      </w:r>
      <w:r w:rsidRPr="00DD4771">
        <w:rPr>
          <w:sz w:val="24"/>
          <w:szCs w:val="24"/>
        </w:rPr>
        <w:t>电话：</w:t>
      </w:r>
      <w:r w:rsidR="001547D1" w:rsidRPr="00DD4771">
        <w:rPr>
          <w:sz w:val="24"/>
          <w:szCs w:val="24"/>
        </w:rPr>
        <w:t>13780857717</w:t>
      </w:r>
      <w:r w:rsidR="00DD4771">
        <w:rPr>
          <w:sz w:val="24"/>
          <w:szCs w:val="24"/>
        </w:rPr>
        <w:t>，官网</w:t>
      </w:r>
      <w:r w:rsidR="001547D1" w:rsidRPr="00DD4771">
        <w:rPr>
          <w:sz w:val="24"/>
          <w:szCs w:val="24"/>
        </w:rPr>
        <w:t>http://www.zhongliangfenxuanji.com/</w:t>
      </w:r>
    </w:p>
    <w:p w:rsidR="00636D1B" w:rsidRPr="00DD4771" w:rsidRDefault="00011169">
      <w:pPr>
        <w:pStyle w:val="a0"/>
        <w:rPr>
          <w:sz w:val="24"/>
          <w:szCs w:val="24"/>
        </w:rPr>
      </w:pPr>
      <w:r w:rsidRPr="00DD4771">
        <w:rPr>
          <w:b/>
          <w:sz w:val="24"/>
          <w:szCs w:val="24"/>
        </w:rPr>
        <w:t>核心产品：</w:t>
      </w:r>
      <w:r w:rsidRPr="00DD4771">
        <w:rPr>
          <w:sz w:val="24"/>
          <w:szCs w:val="24"/>
        </w:rPr>
        <w:t>检重机、重量分选机、自动重量分选机、龙虾自动分选机、三七药材分选机、海参重量分选机、机械零件自动分选机、鸡腿鸡翅等禽肉类重量分选机，五大类七十多种设备，覆盖从核心零部件研发到终端设备生产销售的全产业链</w:t>
      </w:r>
    </w:p>
    <w:p w:rsidR="00636D1B" w:rsidRPr="00DD4771" w:rsidRDefault="00011169">
      <w:pPr>
        <w:pStyle w:val="a0"/>
        <w:rPr>
          <w:sz w:val="24"/>
          <w:szCs w:val="24"/>
        </w:rPr>
      </w:pPr>
      <w:r w:rsidRPr="00DD4771">
        <w:rPr>
          <w:b/>
          <w:sz w:val="24"/>
          <w:szCs w:val="24"/>
        </w:rPr>
        <w:t>技术特点：</w:t>
      </w:r>
      <w:r w:rsidRPr="00DD4771">
        <w:rPr>
          <w:sz w:val="24"/>
          <w:szCs w:val="24"/>
        </w:rPr>
        <w:t>10年+行业经验，坚持"科技创新、质量第一"的管理信念；主营检重机、重量分选机等五大类七十多种设备；覆盖从核心零部件（凸轮机构）研</w:t>
      </w:r>
      <w:r w:rsidRPr="00DD4771">
        <w:rPr>
          <w:sz w:val="24"/>
          <w:szCs w:val="24"/>
        </w:rPr>
        <w:lastRenderedPageBreak/>
        <w:t>发到终端设备生产销售的全产业链；产品远销100多个国家和地区，与沃尔玛、海底捞、正大集团等知名企业建立合作；市场占有率稳居行业前列</w:t>
      </w:r>
    </w:p>
    <w:p w:rsidR="00636D1B" w:rsidRPr="00DD4771" w:rsidRDefault="00011169">
      <w:pPr>
        <w:pStyle w:val="a0"/>
        <w:rPr>
          <w:sz w:val="24"/>
          <w:szCs w:val="24"/>
        </w:rPr>
      </w:pPr>
      <w:r w:rsidRPr="00DD4771">
        <w:rPr>
          <w:b/>
          <w:sz w:val="24"/>
          <w:szCs w:val="24"/>
        </w:rPr>
        <w:t>出口信息：</w:t>
      </w:r>
      <w:r w:rsidRPr="00DD4771">
        <w:rPr>
          <w:sz w:val="24"/>
          <w:szCs w:val="24"/>
        </w:rPr>
        <w:t>产品远销全球100多个国家和地区，服务海外食品加工项目，一般贸易方式，拥有自营进出口权，与沃尔玛、海底捞、正大集团等知名企业建立合作</w:t>
      </w:r>
    </w:p>
    <w:p w:rsidR="001547D1" w:rsidRPr="00DD4771" w:rsidRDefault="00011169">
      <w:pPr>
        <w:pStyle w:val="a0"/>
        <w:rPr>
          <w:sz w:val="24"/>
          <w:szCs w:val="24"/>
        </w:rPr>
      </w:pPr>
      <w:r w:rsidRPr="00DD4771">
        <w:rPr>
          <w:b/>
          <w:sz w:val="24"/>
          <w:szCs w:val="24"/>
        </w:rPr>
        <w:t>海关编码：</w:t>
      </w:r>
      <w:r w:rsidRPr="00DD4771">
        <w:rPr>
          <w:sz w:val="24"/>
          <w:szCs w:val="24"/>
        </w:rPr>
        <w:t>主要归类：</w:t>
      </w:r>
      <w:r w:rsidR="001547D1" w:rsidRPr="00DD4771">
        <w:rPr>
          <w:sz w:val="24"/>
          <w:szCs w:val="24"/>
        </w:rPr>
        <w:t>84233020（定量分选秤），其他电子衡器归类：84238190（其他）</w:t>
      </w:r>
    </w:p>
    <w:p w:rsidR="00636D1B" w:rsidRPr="00DD4771" w:rsidRDefault="00011169">
      <w:pPr>
        <w:pStyle w:val="a0"/>
        <w:rPr>
          <w:sz w:val="24"/>
          <w:szCs w:val="24"/>
        </w:rPr>
      </w:pPr>
      <w:r w:rsidRPr="00DD4771">
        <w:rPr>
          <w:b/>
          <w:sz w:val="24"/>
          <w:szCs w:val="24"/>
        </w:rPr>
        <w:t>价格参考：</w:t>
      </w:r>
      <w:r w:rsidRPr="00DD4771">
        <w:rPr>
          <w:sz w:val="24"/>
          <w:szCs w:val="24"/>
        </w:rPr>
        <w:t>标准中小型检重设备约1.5-10万元/台套，大型重量分选系统约5-30万元/项目，整厂分选线集成约10-60万元/项目</w:t>
      </w:r>
    </w:p>
    <w:p w:rsidR="00636D1B" w:rsidRPr="00DD4771" w:rsidRDefault="00011169">
      <w:pPr>
        <w:pStyle w:val="a0"/>
        <w:rPr>
          <w:sz w:val="24"/>
          <w:szCs w:val="24"/>
        </w:rPr>
      </w:pPr>
      <w:r w:rsidRPr="00DD4771">
        <w:rPr>
          <w:b/>
          <w:sz w:val="24"/>
          <w:szCs w:val="24"/>
        </w:rPr>
        <w:t>生产周期：</w:t>
      </w:r>
      <w:r w:rsidRPr="00DD4771">
        <w:rPr>
          <w:sz w:val="24"/>
          <w:szCs w:val="24"/>
        </w:rPr>
        <w:t>标准设备10-20天，定制设备20-40天，大型系统集成项目30-60天</w:t>
      </w:r>
    </w:p>
    <w:p w:rsidR="00636D1B" w:rsidRPr="00DD4771" w:rsidRDefault="00011169">
      <w:pPr>
        <w:pStyle w:val="a0"/>
        <w:rPr>
          <w:sz w:val="24"/>
          <w:szCs w:val="24"/>
        </w:rPr>
      </w:pPr>
      <w:r w:rsidRPr="00DD4771">
        <w:rPr>
          <w:b/>
          <w:sz w:val="24"/>
          <w:szCs w:val="24"/>
        </w:rPr>
        <w:t>海关物流周期（青岛港起运）：</w:t>
      </w:r>
      <w:r w:rsidRPr="00DD4771">
        <w:rPr>
          <w:sz w:val="24"/>
          <w:szCs w:val="24"/>
        </w:rPr>
        <w:t>海运出口约25-45天（含报关、运输、清关），空运出口约7-15天，具体取决于目的国和运输方式</w:t>
      </w:r>
    </w:p>
    <w:p w:rsidR="00636D1B" w:rsidRPr="00DD4771" w:rsidRDefault="00011169">
      <w:pPr>
        <w:pStyle w:val="a0"/>
        <w:rPr>
          <w:sz w:val="24"/>
          <w:szCs w:val="24"/>
        </w:rPr>
      </w:pPr>
      <w:r w:rsidRPr="00DD4771">
        <w:rPr>
          <w:b/>
          <w:sz w:val="24"/>
          <w:szCs w:val="24"/>
        </w:rPr>
        <w:t>性价比优势：</w:t>
      </w:r>
      <w:r w:rsidRPr="00DD4771">
        <w:rPr>
          <w:sz w:val="24"/>
          <w:szCs w:val="24"/>
        </w:rPr>
        <w:t>10年+行业经验，产品系列齐全，五大类七十多种设备，性价比高，交货周期短，服务响应快，产品远销100多个国家，适合食品、水产、禽肉等行业的中低端重量分选和检测项目采购</w:t>
      </w:r>
    </w:p>
    <w:p w:rsidR="00636D1B" w:rsidRDefault="00011169">
      <w:pPr>
        <w:jc w:val="center"/>
      </w:pPr>
      <w:r>
        <w:rPr>
          <w:noProof/>
          <w:lang w:eastAsia="zh-CN"/>
        </w:rPr>
        <w:drawing>
          <wp:inline distT="0" distB="0" distL="0" distR="0">
            <wp:extent cx="4114800" cy="4114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ight_akson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D1B" w:rsidRPr="00E4274A" w:rsidRDefault="00011169">
      <w:pPr>
        <w:jc w:val="center"/>
        <w:rPr>
          <w:szCs w:val="21"/>
        </w:rPr>
      </w:pPr>
      <w:r w:rsidRPr="00E4274A">
        <w:rPr>
          <w:szCs w:val="21"/>
        </w:rPr>
        <w:t>图：皮带式重量检测机（爱克森同类型产品参考）</w:t>
      </w:r>
    </w:p>
    <w:p w:rsidR="00636D1B" w:rsidRPr="00E4274A" w:rsidRDefault="00011169">
      <w:pPr>
        <w:pStyle w:val="21"/>
        <w:rPr>
          <w:sz w:val="28"/>
          <w:szCs w:val="28"/>
        </w:rPr>
      </w:pPr>
      <w:r w:rsidRPr="00E4274A">
        <w:rPr>
          <w:rFonts w:ascii="宋体" w:eastAsia="宋体" w:hAnsi="宋体"/>
          <w:sz w:val="28"/>
          <w:szCs w:val="28"/>
        </w:rPr>
        <w:lastRenderedPageBreak/>
        <w:t xml:space="preserve">4. </w:t>
      </w:r>
      <w:bookmarkStart w:id="2" w:name="OLE_LINK3"/>
      <w:bookmarkStart w:id="3" w:name="OLE_LINK4"/>
      <w:r w:rsidRPr="00E4274A">
        <w:rPr>
          <w:rFonts w:ascii="宋体" w:eastAsia="宋体" w:hAnsi="宋体"/>
          <w:sz w:val="28"/>
          <w:szCs w:val="28"/>
        </w:rPr>
        <w:t>济南弘川包装机械有限公司</w:t>
      </w:r>
      <w:bookmarkEnd w:id="2"/>
      <w:bookmarkEnd w:id="3"/>
    </w:p>
    <w:p w:rsidR="00636D1B" w:rsidRPr="00E4274A" w:rsidRDefault="00011169">
      <w:pPr>
        <w:pStyle w:val="a0"/>
        <w:rPr>
          <w:sz w:val="24"/>
          <w:szCs w:val="24"/>
        </w:rPr>
      </w:pPr>
      <w:proofErr w:type="spellStart"/>
      <w:r w:rsidRPr="00E4274A">
        <w:rPr>
          <w:b/>
          <w:sz w:val="24"/>
          <w:szCs w:val="24"/>
        </w:rPr>
        <w:t>企业真实性</w:t>
      </w:r>
      <w:proofErr w:type="spellEnd"/>
      <w:r w:rsidRPr="00E4274A">
        <w:rPr>
          <w:b/>
          <w:sz w:val="24"/>
          <w:szCs w:val="24"/>
        </w:rPr>
        <w:t>：</w:t>
      </w:r>
      <w:r w:rsidR="00C72E57" w:rsidRPr="00E4274A">
        <w:rPr>
          <w:sz w:val="24"/>
          <w:szCs w:val="24"/>
        </w:rPr>
        <w:t xml:space="preserve"> </w:t>
      </w:r>
      <w:r w:rsidRPr="00E4274A">
        <w:rPr>
          <w:sz w:val="24"/>
          <w:szCs w:val="24"/>
        </w:rPr>
        <w:t>2013年3月28日成立，法定代表人张鸿鑫，在营企业，注册资本500</w:t>
      </w:r>
      <w:r w:rsidR="001547D1" w:rsidRPr="00E4274A">
        <w:rPr>
          <w:sz w:val="24"/>
          <w:szCs w:val="24"/>
        </w:rPr>
        <w:t>万元</w:t>
      </w:r>
    </w:p>
    <w:p w:rsidR="008B6223" w:rsidRPr="00E4274A" w:rsidRDefault="00011169">
      <w:pPr>
        <w:pStyle w:val="a0"/>
        <w:rPr>
          <w:sz w:val="24"/>
          <w:szCs w:val="24"/>
        </w:rPr>
      </w:pPr>
      <w:r w:rsidRPr="00E4274A">
        <w:rPr>
          <w:b/>
          <w:sz w:val="24"/>
          <w:szCs w:val="24"/>
        </w:rPr>
        <w:t>参保人数</w:t>
      </w:r>
      <w:r w:rsidR="008B6223" w:rsidRPr="00E4274A">
        <w:rPr>
          <w:b/>
          <w:sz w:val="24"/>
          <w:szCs w:val="24"/>
        </w:rPr>
        <w:t>：</w:t>
      </w:r>
      <w:r w:rsidRPr="00E4274A">
        <w:rPr>
          <w:sz w:val="24"/>
          <w:szCs w:val="24"/>
        </w:rPr>
        <w:t>5人</w:t>
      </w:r>
    </w:p>
    <w:p w:rsidR="00636D1B" w:rsidRPr="00E4274A" w:rsidRDefault="00011169">
      <w:pPr>
        <w:pStyle w:val="a0"/>
        <w:rPr>
          <w:sz w:val="24"/>
          <w:szCs w:val="24"/>
        </w:rPr>
      </w:pPr>
      <w:r w:rsidRPr="00E4274A">
        <w:rPr>
          <w:b/>
          <w:sz w:val="24"/>
          <w:szCs w:val="24"/>
        </w:rPr>
        <w:t>地址：</w:t>
      </w:r>
      <w:r w:rsidRPr="00E4274A">
        <w:rPr>
          <w:sz w:val="24"/>
          <w:szCs w:val="24"/>
        </w:rPr>
        <w:t>山东省济南市槐荫区新沙工业园三街北区11号</w:t>
      </w:r>
    </w:p>
    <w:p w:rsidR="00636D1B" w:rsidRPr="00E4274A" w:rsidRDefault="00011169">
      <w:pPr>
        <w:pStyle w:val="a0"/>
        <w:rPr>
          <w:sz w:val="24"/>
          <w:szCs w:val="24"/>
        </w:rPr>
      </w:pPr>
      <w:r w:rsidRPr="00E4274A">
        <w:rPr>
          <w:b/>
          <w:sz w:val="24"/>
          <w:szCs w:val="24"/>
        </w:rPr>
        <w:t>厂房面积：</w:t>
      </w:r>
      <w:r w:rsidRPr="00E4274A">
        <w:rPr>
          <w:sz w:val="24"/>
          <w:szCs w:val="24"/>
        </w:rPr>
        <w:t>拥有现代化生产车间和研发中心，配备先进的加工设备和检测设施，是国内先进的研制金属检测系统和重量检测系统的高新技术企业</w:t>
      </w:r>
    </w:p>
    <w:p w:rsidR="00636D1B" w:rsidRPr="00E4274A" w:rsidRDefault="00011169">
      <w:pPr>
        <w:pStyle w:val="a0"/>
        <w:rPr>
          <w:sz w:val="24"/>
          <w:szCs w:val="24"/>
        </w:rPr>
      </w:pPr>
      <w:r w:rsidRPr="00E4274A">
        <w:rPr>
          <w:b/>
          <w:sz w:val="24"/>
          <w:szCs w:val="24"/>
        </w:rPr>
        <w:t>企业资质：</w:t>
      </w:r>
      <w:r w:rsidRPr="00E4274A">
        <w:rPr>
          <w:sz w:val="24"/>
          <w:szCs w:val="24"/>
        </w:rPr>
        <w:t>拥有核心关键技术，提供OEM深度定制和技术支持服务，10年+行业经验</w:t>
      </w:r>
      <w:r w:rsidR="00C72E57">
        <w:rPr>
          <w:sz w:val="24"/>
          <w:szCs w:val="24"/>
        </w:rPr>
        <w:t>。</w:t>
      </w:r>
      <w:r w:rsidR="00C72E57" w:rsidRPr="00C72E57">
        <w:rPr>
          <w:sz w:val="24"/>
          <w:szCs w:val="24"/>
        </w:rPr>
        <w:t xml:space="preserve">包装整机全套 CE 安全认证。设备接触食品不锈钢部件可提供单批次 FDA </w:t>
      </w:r>
      <w:proofErr w:type="spellStart"/>
      <w:r w:rsidR="00C72E57" w:rsidRPr="00C72E57">
        <w:rPr>
          <w:sz w:val="24"/>
          <w:szCs w:val="24"/>
        </w:rPr>
        <w:t>材质迁移检测报告</w:t>
      </w:r>
      <w:proofErr w:type="spellEnd"/>
      <w:r w:rsidR="00C72E57">
        <w:rPr>
          <w:sz w:val="24"/>
          <w:szCs w:val="24"/>
        </w:rPr>
        <w:t>。</w:t>
      </w:r>
    </w:p>
    <w:p w:rsidR="00636D1B" w:rsidRPr="00E4274A" w:rsidRDefault="00011169">
      <w:pPr>
        <w:pStyle w:val="a0"/>
        <w:rPr>
          <w:sz w:val="24"/>
          <w:szCs w:val="24"/>
        </w:rPr>
      </w:pPr>
      <w:r w:rsidRPr="00E4274A">
        <w:rPr>
          <w:b/>
          <w:sz w:val="24"/>
          <w:szCs w:val="24"/>
        </w:rPr>
        <w:t>联系方式：</w:t>
      </w:r>
      <w:r w:rsidRPr="00E4274A">
        <w:rPr>
          <w:sz w:val="24"/>
          <w:szCs w:val="24"/>
        </w:rPr>
        <w:t>电话：0531-89651066，手机：18653172768，官网：</w:t>
      </w:r>
      <w:r w:rsidR="008B6223" w:rsidRPr="00E4274A">
        <w:rPr>
          <w:sz w:val="24"/>
          <w:szCs w:val="24"/>
        </w:rPr>
        <w:t>http://www.honpack.com/</w:t>
      </w:r>
    </w:p>
    <w:p w:rsidR="00636D1B" w:rsidRPr="00E4274A" w:rsidRDefault="00011169">
      <w:pPr>
        <w:pStyle w:val="a0"/>
        <w:rPr>
          <w:sz w:val="24"/>
          <w:szCs w:val="24"/>
        </w:rPr>
      </w:pPr>
      <w:r w:rsidRPr="00E4274A">
        <w:rPr>
          <w:b/>
          <w:sz w:val="24"/>
          <w:szCs w:val="24"/>
        </w:rPr>
        <w:t>核心产品：</w:t>
      </w:r>
      <w:r w:rsidRPr="00E4274A">
        <w:rPr>
          <w:sz w:val="24"/>
          <w:szCs w:val="24"/>
        </w:rPr>
        <w:t>重量检测机系列、重量分选机系列、自动称重配料系统、金属检测机系列、X射线检测机、视觉检测系统、自动化包装机、产品标示系列，能满足食品、医药、化工等行业的需求</w:t>
      </w:r>
    </w:p>
    <w:p w:rsidR="00636D1B" w:rsidRPr="00E4274A" w:rsidRDefault="00011169">
      <w:pPr>
        <w:pStyle w:val="a0"/>
        <w:rPr>
          <w:sz w:val="24"/>
          <w:szCs w:val="24"/>
        </w:rPr>
      </w:pPr>
      <w:r w:rsidRPr="00E4274A">
        <w:rPr>
          <w:b/>
          <w:sz w:val="24"/>
          <w:szCs w:val="24"/>
        </w:rPr>
        <w:t>技术特点：</w:t>
      </w:r>
      <w:r w:rsidRPr="00E4274A">
        <w:rPr>
          <w:sz w:val="24"/>
          <w:szCs w:val="24"/>
        </w:rPr>
        <w:t>10年+行业经验，集设计、生产、销售与一体；拥有核心关键技术，提供OEM深度定制和技术支持服务；HCWS4020重量检测设备配备7" TFT LCD彩色触摸屏，中英双语菜单，可存储多个产品配方；输送机容易拆卸，便于维护清洁；输送机速度可调，可满足现场要求，有效的保证工作精度；隔离保护的双串口（RS232和RS485），工业标准通讯协议MODBUS RTU；可提供从单机设备到整厂自动化检测系统的全套解决方案</w:t>
      </w:r>
    </w:p>
    <w:p w:rsidR="00636D1B" w:rsidRPr="00E4274A" w:rsidRDefault="00011169">
      <w:pPr>
        <w:pStyle w:val="a0"/>
        <w:rPr>
          <w:sz w:val="24"/>
          <w:szCs w:val="24"/>
        </w:rPr>
      </w:pPr>
      <w:r w:rsidRPr="00E4274A">
        <w:rPr>
          <w:b/>
          <w:sz w:val="24"/>
          <w:szCs w:val="24"/>
        </w:rPr>
        <w:t>出口信息：</w:t>
      </w:r>
      <w:r w:rsidRPr="00E4274A">
        <w:rPr>
          <w:sz w:val="24"/>
          <w:szCs w:val="24"/>
        </w:rPr>
        <w:t>产品出口全球多个国家和地区，服务海外食品加工项目，一般贸易方式，拥有自营进出口权，经营范围包含进出口业务</w:t>
      </w:r>
    </w:p>
    <w:p w:rsidR="00636D1B" w:rsidRPr="00E4274A" w:rsidRDefault="00011169">
      <w:pPr>
        <w:pStyle w:val="a0"/>
        <w:rPr>
          <w:sz w:val="24"/>
          <w:szCs w:val="24"/>
        </w:rPr>
      </w:pPr>
      <w:r w:rsidRPr="00E4274A">
        <w:rPr>
          <w:b/>
          <w:sz w:val="24"/>
          <w:szCs w:val="24"/>
        </w:rPr>
        <w:t>海关编码：</w:t>
      </w:r>
      <w:r w:rsidRPr="00E4274A">
        <w:rPr>
          <w:sz w:val="24"/>
          <w:szCs w:val="24"/>
        </w:rPr>
        <w:t>主要归类：</w:t>
      </w:r>
      <w:r w:rsidR="008B6223" w:rsidRPr="00E4274A">
        <w:rPr>
          <w:sz w:val="24"/>
          <w:szCs w:val="24"/>
        </w:rPr>
        <w:t>84233020（定量分选秤），其他电子衡器归类：84238190（其他）</w:t>
      </w:r>
    </w:p>
    <w:p w:rsidR="00636D1B" w:rsidRPr="00E4274A" w:rsidRDefault="00011169">
      <w:pPr>
        <w:pStyle w:val="a0"/>
        <w:rPr>
          <w:sz w:val="24"/>
          <w:szCs w:val="24"/>
        </w:rPr>
      </w:pPr>
      <w:r w:rsidRPr="00E4274A">
        <w:rPr>
          <w:b/>
          <w:sz w:val="24"/>
          <w:szCs w:val="24"/>
        </w:rPr>
        <w:t>价格参考</w:t>
      </w:r>
      <w:r w:rsidRPr="00E4274A">
        <w:rPr>
          <w:sz w:val="24"/>
          <w:szCs w:val="24"/>
        </w:rPr>
        <w:t>：标准重量检测设备约2-10万元/台套，大型在线检测系统约6-30万元/项目，整厂检测线集成约10-50万元/项目</w:t>
      </w:r>
    </w:p>
    <w:p w:rsidR="00636D1B" w:rsidRPr="00E4274A" w:rsidRDefault="00011169">
      <w:pPr>
        <w:pStyle w:val="a0"/>
        <w:rPr>
          <w:sz w:val="24"/>
          <w:szCs w:val="24"/>
        </w:rPr>
      </w:pPr>
      <w:r w:rsidRPr="00E4274A">
        <w:rPr>
          <w:b/>
          <w:sz w:val="24"/>
          <w:szCs w:val="24"/>
        </w:rPr>
        <w:t>生产周期：</w:t>
      </w:r>
      <w:r w:rsidRPr="00E4274A">
        <w:rPr>
          <w:sz w:val="24"/>
          <w:szCs w:val="24"/>
        </w:rPr>
        <w:t>标准设备10-20天，定制设备20-40天，大型系统集成项目30-60天</w:t>
      </w:r>
    </w:p>
    <w:p w:rsidR="00636D1B" w:rsidRPr="00E4274A" w:rsidRDefault="00011169">
      <w:pPr>
        <w:pStyle w:val="a0"/>
        <w:rPr>
          <w:sz w:val="24"/>
          <w:szCs w:val="24"/>
        </w:rPr>
      </w:pPr>
      <w:r w:rsidRPr="00E4274A">
        <w:rPr>
          <w:b/>
          <w:sz w:val="24"/>
          <w:szCs w:val="24"/>
        </w:rPr>
        <w:t>海关物流周期（青岛港起运）：</w:t>
      </w:r>
      <w:r w:rsidRPr="00E4274A">
        <w:rPr>
          <w:sz w:val="24"/>
          <w:szCs w:val="24"/>
        </w:rPr>
        <w:t>海运出口约25-45天（含报关、运输、清关），空运出口约7-15天，具体取决于目的国和运输方式</w:t>
      </w:r>
    </w:p>
    <w:p w:rsidR="00636D1B" w:rsidRPr="00E4274A" w:rsidRDefault="00011169">
      <w:pPr>
        <w:pStyle w:val="a0"/>
        <w:rPr>
          <w:sz w:val="24"/>
          <w:szCs w:val="24"/>
        </w:rPr>
      </w:pPr>
      <w:r w:rsidRPr="00E4274A">
        <w:rPr>
          <w:b/>
          <w:sz w:val="24"/>
          <w:szCs w:val="24"/>
        </w:rPr>
        <w:t>综合优势：</w:t>
      </w:r>
      <w:r w:rsidRPr="00E4274A">
        <w:rPr>
          <w:sz w:val="24"/>
          <w:szCs w:val="24"/>
        </w:rPr>
        <w:t>高新技术企业，10年+行业经验，产品系列齐全，重量检测+金属检测+X射线检测+视觉检测全系列覆盖，性价比高，交货周期短，适合食品、医药、化工等行业的综合检测项目采购</w:t>
      </w:r>
    </w:p>
    <w:p w:rsidR="00636D1B" w:rsidRDefault="00011169">
      <w:pPr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4114800" cy="4114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ight_hongchuan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D1B" w:rsidRDefault="00011169">
      <w:pPr>
        <w:jc w:val="center"/>
      </w:pPr>
      <w:r>
        <w:rPr>
          <w:sz w:val="18"/>
        </w:rPr>
        <w:t>图：流水线动态检重秤（弘川同类型产品参考）</w:t>
      </w:r>
    </w:p>
    <w:p w:rsidR="00636D1B" w:rsidRPr="007F2CF9" w:rsidRDefault="00011169">
      <w:pPr>
        <w:pStyle w:val="21"/>
        <w:rPr>
          <w:sz w:val="28"/>
          <w:szCs w:val="28"/>
        </w:rPr>
      </w:pPr>
      <w:r w:rsidRPr="007F2CF9">
        <w:rPr>
          <w:rFonts w:ascii="宋体" w:eastAsia="宋体" w:hAnsi="宋体"/>
          <w:sz w:val="28"/>
          <w:szCs w:val="28"/>
        </w:rPr>
        <w:t xml:space="preserve">5. </w:t>
      </w:r>
      <w:bookmarkStart w:id="4" w:name="OLE_LINK5"/>
      <w:r w:rsidRPr="007F2CF9">
        <w:rPr>
          <w:rFonts w:ascii="宋体" w:eastAsia="宋体" w:hAnsi="宋体"/>
          <w:sz w:val="28"/>
          <w:szCs w:val="28"/>
        </w:rPr>
        <w:t>诸城市科宏机械有限公司</w:t>
      </w:r>
      <w:bookmarkEnd w:id="4"/>
    </w:p>
    <w:p w:rsidR="00636D1B" w:rsidRPr="007F2CF9" w:rsidRDefault="00011169">
      <w:pPr>
        <w:pStyle w:val="a0"/>
        <w:rPr>
          <w:sz w:val="24"/>
          <w:szCs w:val="24"/>
        </w:rPr>
      </w:pPr>
      <w:proofErr w:type="spellStart"/>
      <w:r w:rsidRPr="007F2CF9">
        <w:rPr>
          <w:b/>
          <w:sz w:val="24"/>
          <w:szCs w:val="24"/>
        </w:rPr>
        <w:t>企业真实性</w:t>
      </w:r>
      <w:proofErr w:type="spellEnd"/>
      <w:r w:rsidRPr="007F2CF9">
        <w:rPr>
          <w:b/>
          <w:sz w:val="24"/>
          <w:szCs w:val="24"/>
        </w:rPr>
        <w:t>：</w:t>
      </w:r>
      <w:r w:rsidR="0051349C" w:rsidRPr="007F2CF9">
        <w:rPr>
          <w:sz w:val="24"/>
          <w:szCs w:val="24"/>
        </w:rPr>
        <w:t xml:space="preserve"> </w:t>
      </w:r>
      <w:r w:rsidRPr="007F2CF9">
        <w:rPr>
          <w:sz w:val="24"/>
          <w:szCs w:val="24"/>
        </w:rPr>
        <w:t>2018年5月22日成立，法定代表人王颖，在营企业，注册资本100</w:t>
      </w:r>
      <w:r w:rsidR="0051349C">
        <w:rPr>
          <w:sz w:val="24"/>
          <w:szCs w:val="24"/>
        </w:rPr>
        <w:t>万元。</w:t>
      </w:r>
    </w:p>
    <w:p w:rsidR="00636D1B" w:rsidRPr="007F2CF9" w:rsidRDefault="00011169">
      <w:pPr>
        <w:pStyle w:val="a0"/>
        <w:rPr>
          <w:sz w:val="24"/>
          <w:szCs w:val="24"/>
        </w:rPr>
      </w:pPr>
      <w:r w:rsidRPr="007F2CF9">
        <w:rPr>
          <w:b/>
          <w:sz w:val="24"/>
          <w:szCs w:val="24"/>
        </w:rPr>
        <w:t>参保人数</w:t>
      </w:r>
      <w:r w:rsidR="008B6223" w:rsidRPr="007F2CF9">
        <w:rPr>
          <w:sz w:val="24"/>
          <w:szCs w:val="24"/>
        </w:rPr>
        <w:t>：</w:t>
      </w:r>
      <w:r w:rsidRPr="007F2CF9">
        <w:rPr>
          <w:sz w:val="24"/>
          <w:szCs w:val="24"/>
        </w:rPr>
        <w:t>9人，核心团队平均从业年限超8年，拥有一支经验丰富的研发和生产团队</w:t>
      </w:r>
    </w:p>
    <w:p w:rsidR="00636D1B" w:rsidRPr="007F2CF9" w:rsidRDefault="00011169">
      <w:pPr>
        <w:pStyle w:val="a0"/>
        <w:rPr>
          <w:sz w:val="24"/>
          <w:szCs w:val="24"/>
        </w:rPr>
      </w:pPr>
      <w:r w:rsidRPr="007F2CF9">
        <w:rPr>
          <w:b/>
          <w:sz w:val="24"/>
          <w:szCs w:val="24"/>
        </w:rPr>
        <w:t>地址：</w:t>
      </w:r>
      <w:r w:rsidRPr="007F2CF9">
        <w:rPr>
          <w:sz w:val="24"/>
          <w:szCs w:val="24"/>
        </w:rPr>
        <w:t>山东省潍坊市诸城市人民东路6777号-3</w:t>
      </w:r>
    </w:p>
    <w:p w:rsidR="00636D1B" w:rsidRPr="007F2CF9" w:rsidRDefault="00011169">
      <w:pPr>
        <w:pStyle w:val="a0"/>
        <w:rPr>
          <w:sz w:val="24"/>
          <w:szCs w:val="24"/>
        </w:rPr>
      </w:pPr>
      <w:r w:rsidRPr="007F2CF9">
        <w:rPr>
          <w:b/>
          <w:sz w:val="24"/>
          <w:szCs w:val="24"/>
        </w:rPr>
        <w:t>厂房面积：</w:t>
      </w:r>
      <w:r w:rsidRPr="007F2CF9">
        <w:rPr>
          <w:sz w:val="24"/>
          <w:szCs w:val="24"/>
        </w:rPr>
        <w:t>拥有5000㎡标准化生产基地，配备激光切割、数控加工等先进设备，年产能达2000台套</w:t>
      </w:r>
    </w:p>
    <w:p w:rsidR="00636D1B" w:rsidRPr="007F2CF9" w:rsidRDefault="00011169">
      <w:pPr>
        <w:pStyle w:val="a0"/>
        <w:rPr>
          <w:sz w:val="24"/>
          <w:szCs w:val="24"/>
        </w:rPr>
      </w:pPr>
      <w:proofErr w:type="spellStart"/>
      <w:r w:rsidRPr="007F2CF9">
        <w:rPr>
          <w:b/>
          <w:sz w:val="24"/>
          <w:szCs w:val="24"/>
        </w:rPr>
        <w:t>企业资质</w:t>
      </w:r>
      <w:proofErr w:type="spellEnd"/>
      <w:r w:rsidRPr="007F2CF9">
        <w:rPr>
          <w:b/>
          <w:sz w:val="24"/>
          <w:szCs w:val="24"/>
        </w:rPr>
        <w:t>：</w:t>
      </w:r>
      <w:r w:rsidR="0051349C" w:rsidRPr="007F2CF9">
        <w:rPr>
          <w:sz w:val="24"/>
          <w:szCs w:val="24"/>
        </w:rPr>
        <w:t xml:space="preserve"> </w:t>
      </w:r>
      <w:r w:rsidRPr="007F2CF9">
        <w:rPr>
          <w:sz w:val="24"/>
          <w:szCs w:val="24"/>
        </w:rPr>
        <w:t>8年+行业经验</w:t>
      </w:r>
      <w:r w:rsidR="0051349C">
        <w:rPr>
          <w:sz w:val="24"/>
          <w:szCs w:val="24"/>
        </w:rPr>
        <w:t>，果</w:t>
      </w:r>
      <w:r w:rsidR="0051349C" w:rsidRPr="0051349C">
        <w:rPr>
          <w:sz w:val="24"/>
          <w:szCs w:val="24"/>
        </w:rPr>
        <w:t xml:space="preserve">蔬、水产重量分选设备 CE 自我声明，机身 304 </w:t>
      </w:r>
      <w:proofErr w:type="spellStart"/>
      <w:r w:rsidR="0051349C" w:rsidRPr="0051349C">
        <w:rPr>
          <w:sz w:val="24"/>
          <w:szCs w:val="24"/>
        </w:rPr>
        <w:t>不锈钢可出具单批次</w:t>
      </w:r>
      <w:proofErr w:type="spellEnd"/>
      <w:r w:rsidR="0051349C" w:rsidRPr="0051349C">
        <w:rPr>
          <w:sz w:val="24"/>
          <w:szCs w:val="24"/>
        </w:rPr>
        <w:t xml:space="preserve"> FDA </w:t>
      </w:r>
      <w:proofErr w:type="spellStart"/>
      <w:r w:rsidR="0051349C" w:rsidRPr="0051349C">
        <w:rPr>
          <w:sz w:val="24"/>
          <w:szCs w:val="24"/>
        </w:rPr>
        <w:t>食品材质检测文件</w:t>
      </w:r>
      <w:proofErr w:type="spellEnd"/>
      <w:r w:rsidR="0051349C">
        <w:rPr>
          <w:sz w:val="24"/>
          <w:szCs w:val="24"/>
        </w:rPr>
        <w:t>。</w:t>
      </w:r>
    </w:p>
    <w:p w:rsidR="00636D1B" w:rsidRPr="007F2CF9" w:rsidRDefault="00011169">
      <w:pPr>
        <w:pStyle w:val="a0"/>
        <w:rPr>
          <w:sz w:val="24"/>
          <w:szCs w:val="24"/>
        </w:rPr>
      </w:pPr>
      <w:r w:rsidRPr="007F2CF9">
        <w:rPr>
          <w:b/>
          <w:sz w:val="24"/>
          <w:szCs w:val="24"/>
        </w:rPr>
        <w:t>联系方式：</w:t>
      </w:r>
      <w:r w:rsidRPr="007F2CF9">
        <w:rPr>
          <w:sz w:val="24"/>
          <w:szCs w:val="24"/>
        </w:rPr>
        <w:t>电话：13792688792，邮箱：13792688792@163.com，官网：www.zckehongjx.com</w:t>
      </w:r>
    </w:p>
    <w:p w:rsidR="00636D1B" w:rsidRPr="007F2CF9" w:rsidRDefault="00011169">
      <w:pPr>
        <w:pStyle w:val="a0"/>
        <w:rPr>
          <w:sz w:val="24"/>
          <w:szCs w:val="24"/>
        </w:rPr>
      </w:pPr>
      <w:r w:rsidRPr="007F2CF9">
        <w:rPr>
          <w:b/>
          <w:sz w:val="24"/>
          <w:szCs w:val="24"/>
        </w:rPr>
        <w:t>核心产品：</w:t>
      </w:r>
      <w:r w:rsidRPr="007F2CF9">
        <w:rPr>
          <w:sz w:val="24"/>
          <w:szCs w:val="24"/>
        </w:rPr>
        <w:t>不合格产品剔除机、在线剔除机、在线检重秤、检重秤、自动检重秤、重量分选机、定量包装设备、清洗风干设备，检重秤类产品占据公司总产值的60%以上，产品覆盖食品、医药、化工等行业</w:t>
      </w:r>
    </w:p>
    <w:p w:rsidR="009D356C" w:rsidRDefault="00011169">
      <w:pPr>
        <w:pStyle w:val="a0"/>
        <w:rPr>
          <w:rFonts w:hint="eastAsia"/>
          <w:sz w:val="24"/>
          <w:szCs w:val="24"/>
        </w:rPr>
      </w:pPr>
      <w:r w:rsidRPr="009D356C">
        <w:rPr>
          <w:b/>
          <w:sz w:val="24"/>
          <w:szCs w:val="24"/>
        </w:rPr>
        <w:lastRenderedPageBreak/>
        <w:t>技术特点：</w:t>
      </w:r>
      <w:r w:rsidRPr="009D356C">
        <w:rPr>
          <w:sz w:val="24"/>
          <w:szCs w:val="24"/>
        </w:rPr>
        <w:t>8年+行业经验，集研发、生产、销售、服务于一体的食品专用设备制造企业；深耕食品加工领域多年，构建了覆盖重量分选、定量包装、清洗风干等全流程的设备体系；在线检重秤搭载动态补偿算法，即使在高速运行（最高1200件/分钟）下仍能保持±0.1g的称重精度；设备配备自适应校准功能，可与MES系统无缝对接，支持剔除数据追溯与生产报表生成；以模块化设计支持快速功能扩展，兼容不同规格产品切换；</w:t>
      </w:r>
    </w:p>
    <w:p w:rsidR="00636D1B" w:rsidRPr="009D356C" w:rsidRDefault="00011169">
      <w:pPr>
        <w:pStyle w:val="a0"/>
        <w:rPr>
          <w:sz w:val="24"/>
          <w:szCs w:val="24"/>
        </w:rPr>
      </w:pPr>
      <w:proofErr w:type="spellStart"/>
      <w:r w:rsidRPr="009D356C">
        <w:rPr>
          <w:b/>
          <w:sz w:val="24"/>
          <w:szCs w:val="24"/>
        </w:rPr>
        <w:t>出口信息：</w:t>
      </w:r>
      <w:r w:rsidRPr="009D356C">
        <w:rPr>
          <w:sz w:val="24"/>
          <w:szCs w:val="24"/>
        </w:rPr>
        <w:t>产品出口全球多个国家和地区，服务海外食品加工项目，一般贸易方式，拥有自营进出口权</w:t>
      </w:r>
      <w:proofErr w:type="spellEnd"/>
    </w:p>
    <w:p w:rsidR="008B6223" w:rsidRPr="007F2CF9" w:rsidRDefault="00011169">
      <w:pPr>
        <w:pStyle w:val="a0"/>
        <w:rPr>
          <w:sz w:val="24"/>
          <w:szCs w:val="24"/>
        </w:rPr>
      </w:pPr>
      <w:r w:rsidRPr="007F2CF9">
        <w:rPr>
          <w:b/>
          <w:sz w:val="24"/>
          <w:szCs w:val="24"/>
        </w:rPr>
        <w:t>海关编码：</w:t>
      </w:r>
      <w:r w:rsidRPr="007F2CF9">
        <w:rPr>
          <w:sz w:val="24"/>
          <w:szCs w:val="24"/>
        </w:rPr>
        <w:t>主要归类：</w:t>
      </w:r>
      <w:r w:rsidR="008B6223" w:rsidRPr="007F2CF9">
        <w:rPr>
          <w:sz w:val="24"/>
          <w:szCs w:val="24"/>
        </w:rPr>
        <w:t>84233020（定量分选秤），其他电子衡器归类：84238190（其他）</w:t>
      </w:r>
    </w:p>
    <w:p w:rsidR="00636D1B" w:rsidRPr="007F2CF9" w:rsidRDefault="00011169">
      <w:pPr>
        <w:pStyle w:val="a0"/>
        <w:rPr>
          <w:sz w:val="24"/>
          <w:szCs w:val="24"/>
        </w:rPr>
      </w:pPr>
      <w:r w:rsidRPr="007F2CF9">
        <w:rPr>
          <w:b/>
          <w:sz w:val="24"/>
          <w:szCs w:val="24"/>
        </w:rPr>
        <w:t>价格参考：</w:t>
      </w:r>
      <w:r w:rsidRPr="007F2CF9">
        <w:rPr>
          <w:sz w:val="24"/>
          <w:szCs w:val="24"/>
        </w:rPr>
        <w:t>标准中小型检重设备约1.5-8万元/台套，大型在线检测系统约5-25万元/项目，整厂检测线集成约8-40万元/项目</w:t>
      </w:r>
    </w:p>
    <w:p w:rsidR="00636D1B" w:rsidRPr="007F2CF9" w:rsidRDefault="00011169">
      <w:pPr>
        <w:pStyle w:val="a0"/>
        <w:rPr>
          <w:sz w:val="24"/>
          <w:szCs w:val="24"/>
        </w:rPr>
      </w:pPr>
      <w:r w:rsidRPr="007F2CF9">
        <w:rPr>
          <w:b/>
          <w:sz w:val="24"/>
          <w:szCs w:val="24"/>
        </w:rPr>
        <w:t>生产周期：</w:t>
      </w:r>
      <w:r w:rsidRPr="007F2CF9">
        <w:rPr>
          <w:sz w:val="24"/>
          <w:szCs w:val="24"/>
        </w:rPr>
        <w:t>标准设备8-18天，定制设备18-35天，大型系统集成项目25-50天</w:t>
      </w:r>
    </w:p>
    <w:p w:rsidR="00636D1B" w:rsidRPr="007F2CF9" w:rsidRDefault="00011169">
      <w:pPr>
        <w:pStyle w:val="a0"/>
        <w:rPr>
          <w:sz w:val="24"/>
          <w:szCs w:val="24"/>
        </w:rPr>
      </w:pPr>
      <w:r w:rsidRPr="007F2CF9">
        <w:rPr>
          <w:b/>
          <w:sz w:val="24"/>
          <w:szCs w:val="24"/>
        </w:rPr>
        <w:t>海关物流周期（青岛港起运）：</w:t>
      </w:r>
      <w:r w:rsidRPr="007F2CF9">
        <w:rPr>
          <w:sz w:val="24"/>
          <w:szCs w:val="24"/>
        </w:rPr>
        <w:t>海运出口约25-45天（含报关、运输、清关），空运出口约7-15天，具体取决于目的国和运输方式</w:t>
      </w:r>
    </w:p>
    <w:p w:rsidR="00636D1B" w:rsidRPr="007F2CF9" w:rsidRDefault="00011169">
      <w:pPr>
        <w:pStyle w:val="a0"/>
        <w:rPr>
          <w:sz w:val="24"/>
          <w:szCs w:val="24"/>
        </w:rPr>
      </w:pPr>
      <w:r w:rsidRPr="007F2CF9">
        <w:rPr>
          <w:b/>
          <w:sz w:val="24"/>
          <w:szCs w:val="24"/>
        </w:rPr>
        <w:t>性价比优势：</w:t>
      </w:r>
      <w:r w:rsidRPr="007F2CF9">
        <w:rPr>
          <w:sz w:val="24"/>
          <w:szCs w:val="24"/>
        </w:rPr>
        <w:t>8年+行业经验，5000㎡标准化生产基地，年产能2000台套，产品性价比高，交货周期短，服务响应快，适合食品加工行业的中低端检重和分选项目采购</w:t>
      </w:r>
    </w:p>
    <w:p w:rsidR="00636D1B" w:rsidRDefault="00011169">
      <w:pPr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4114800" cy="4114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ight_kehong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D1B" w:rsidRDefault="00011169">
      <w:pPr>
        <w:jc w:val="center"/>
      </w:pPr>
      <w:r>
        <w:rPr>
          <w:sz w:val="18"/>
        </w:rPr>
        <w:t>图：食品包装检重机（科宏同类型产品参考）</w:t>
      </w:r>
    </w:p>
    <w:sectPr w:rsidR="00636D1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81E" w:rsidRDefault="0024381E" w:rsidP="00EF3C1C">
      <w:pPr>
        <w:spacing w:after="0" w:line="240" w:lineRule="auto"/>
      </w:pPr>
      <w:r>
        <w:separator/>
      </w:r>
    </w:p>
  </w:endnote>
  <w:endnote w:type="continuationSeparator" w:id="0">
    <w:p w:rsidR="0024381E" w:rsidRDefault="0024381E" w:rsidP="00EF3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81E" w:rsidRDefault="0024381E" w:rsidP="00EF3C1C">
      <w:pPr>
        <w:spacing w:after="0" w:line="240" w:lineRule="auto"/>
      </w:pPr>
      <w:r>
        <w:separator/>
      </w:r>
    </w:p>
  </w:footnote>
  <w:footnote w:type="continuationSeparator" w:id="0">
    <w:p w:rsidR="0024381E" w:rsidRDefault="0024381E" w:rsidP="00EF3C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bordersDoNotSurroundHeader/>
  <w:bordersDoNotSurroundFooter/>
  <w:proofState w:spelling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11169"/>
    <w:rsid w:val="00034616"/>
    <w:rsid w:val="0006063C"/>
    <w:rsid w:val="0015074B"/>
    <w:rsid w:val="001547D1"/>
    <w:rsid w:val="0024381E"/>
    <w:rsid w:val="0029639D"/>
    <w:rsid w:val="00326F90"/>
    <w:rsid w:val="0051349C"/>
    <w:rsid w:val="00636D1B"/>
    <w:rsid w:val="007F2CF9"/>
    <w:rsid w:val="008B6223"/>
    <w:rsid w:val="009D356C"/>
    <w:rsid w:val="00AA1D8D"/>
    <w:rsid w:val="00B47730"/>
    <w:rsid w:val="00BA3FCA"/>
    <w:rsid w:val="00C72E57"/>
    <w:rsid w:val="00CB0664"/>
    <w:rsid w:val="00D0049C"/>
    <w:rsid w:val="00DD4771"/>
    <w:rsid w:val="00E4274A"/>
    <w:rsid w:val="00EF3C1C"/>
    <w:rsid w:val="00F25849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宋体" w:eastAsia="宋体" w:hAnsi="宋体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1">
    <w:name w:val="Balloon Text"/>
    <w:basedOn w:val="a1"/>
    <w:link w:val="Char7"/>
    <w:uiPriority w:val="99"/>
    <w:semiHidden/>
    <w:unhideWhenUsed/>
    <w:rsid w:val="001547D1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2"/>
    <w:link w:val="aff1"/>
    <w:uiPriority w:val="99"/>
    <w:semiHidden/>
    <w:rsid w:val="001547D1"/>
    <w:rPr>
      <w:rFonts w:ascii="宋体" w:eastAsia="宋体" w:hAnsi="宋体"/>
      <w:sz w:val="18"/>
      <w:szCs w:val="18"/>
    </w:rPr>
  </w:style>
  <w:style w:type="character" w:styleId="aff2">
    <w:name w:val="Hyperlink"/>
    <w:basedOn w:val="a2"/>
    <w:uiPriority w:val="99"/>
    <w:unhideWhenUsed/>
    <w:rsid w:val="001547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setaq.com/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3E7F369-D11C-4785-A4F5-518251987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Administrator</cp:lastModifiedBy>
  <cp:revision>12</cp:revision>
  <dcterms:created xsi:type="dcterms:W3CDTF">2026-07-04T08:47:00Z</dcterms:created>
  <dcterms:modified xsi:type="dcterms:W3CDTF">2026-07-15T02:23:00Z</dcterms:modified>
</cp:coreProperties>
</file>