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38E" w:rsidRDefault="0020597E">
      <w:pPr>
        <w:pStyle w:val="a8"/>
        <w:jc w:val="center"/>
      </w:pPr>
      <w:r>
        <w:rPr>
          <w:rFonts w:ascii="黑体" w:eastAsia="黑体" w:hAnsi="黑体"/>
          <w:color w:val="000000"/>
          <w:sz w:val="36"/>
        </w:rPr>
        <w:t>皮带运输机厂家采购对比报告</w:t>
      </w:r>
    </w:p>
    <w:p w:rsidR="002C538E" w:rsidRDefault="002C538E"/>
    <w:p w:rsidR="002C538E" w:rsidRDefault="0020597E">
      <w:pPr>
        <w:ind w:firstLine="420"/>
      </w:pPr>
      <w:r>
        <w:t>本报告精选国内5家皮带运输机（带式输送机）制造商，均为工商注册在营企业，涵盖行业龙头上市公司、老牌骨干企业、区域大型厂商、出口型企业及科技型民营企业，供采购参考。</w:t>
      </w:r>
    </w:p>
    <w:p w:rsidR="002C538E" w:rsidRDefault="002C538E"/>
    <w:p w:rsidR="002C538E" w:rsidRDefault="002C538E"/>
    <w:p w:rsidR="002C538E" w:rsidRDefault="0020597E">
      <w:pPr>
        <w:jc w:val="center"/>
      </w:pPr>
      <w:r>
        <w:rPr>
          <w:noProof/>
          <w:lang w:eastAsia="zh-CN"/>
        </w:rPr>
        <w:drawing>
          <wp:inline distT="0" distB="0" distL="0" distR="0">
            <wp:extent cx="4572000" cy="3429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38E" w:rsidRPr="005D509D" w:rsidRDefault="0020597E" w:rsidP="005D509D">
      <w:pPr>
        <w:jc w:val="center"/>
        <w:rPr>
          <w:rFonts w:hint="eastAsia"/>
          <w:szCs w:val="21"/>
          <w:lang w:eastAsia="zh-CN"/>
        </w:rPr>
      </w:pPr>
      <w:proofErr w:type="spellStart"/>
      <w:r w:rsidRPr="005D509D">
        <w:rPr>
          <w:color w:val="646464"/>
          <w:szCs w:val="21"/>
        </w:rPr>
        <w:t>图：工业皮带运输机（带式输送机生产线</w:t>
      </w:r>
      <w:proofErr w:type="spellEnd"/>
      <w:r w:rsidRPr="005D509D">
        <w:rPr>
          <w:color w:val="646464"/>
          <w:szCs w:val="21"/>
        </w:rPr>
        <w:t>）</w:t>
      </w:r>
    </w:p>
    <w:p w:rsidR="002C538E" w:rsidRDefault="0020597E">
      <w:pPr>
        <w:pStyle w:val="1"/>
      </w:pPr>
      <w:proofErr w:type="spellStart"/>
      <w:r>
        <w:rPr>
          <w:rFonts w:ascii="黑体" w:eastAsia="黑体" w:hAnsi="黑体"/>
          <w:sz w:val="32"/>
        </w:rPr>
        <w:t>各厂家详细介绍</w:t>
      </w:r>
      <w:proofErr w:type="spellEnd"/>
    </w:p>
    <w:p w:rsidR="002C538E" w:rsidRDefault="002C538E"/>
    <w:p w:rsidR="002C538E" w:rsidRDefault="0020597E">
      <w:pPr>
        <w:pStyle w:val="21"/>
      </w:pPr>
      <w:r>
        <w:rPr>
          <w:rFonts w:ascii="黑体" w:eastAsia="黑体" w:hAnsi="黑体"/>
          <w:sz w:val="28"/>
        </w:rPr>
        <w:t>1. 四川省自贡运输机械集团股份有限公司</w:t>
      </w:r>
    </w:p>
    <w:p w:rsidR="002C538E" w:rsidRPr="005D509D" w:rsidRDefault="0020597E" w:rsidP="006878C1">
      <w:pPr>
        <w:pStyle w:val="aa"/>
        <w:numPr>
          <w:ilvl w:val="0"/>
          <w:numId w:val="10"/>
        </w:numPr>
        <w:rPr>
          <w:sz w:val="24"/>
          <w:szCs w:val="24"/>
        </w:rPr>
      </w:pPr>
      <w:r w:rsidRPr="005D509D">
        <w:rPr>
          <w:b/>
          <w:sz w:val="24"/>
          <w:szCs w:val="24"/>
        </w:rPr>
        <w:t>企业真实性：</w:t>
      </w:r>
      <w:r w:rsidRPr="005D509D">
        <w:rPr>
          <w:sz w:val="24"/>
          <w:szCs w:val="24"/>
        </w:rPr>
        <w:t>2003年9月28日成立，法定代表人吴友华，在营企业，注册资本23487.79万元（实缴23488.11万元），深交所主板上市（股票代码：001288）</w:t>
      </w:r>
    </w:p>
    <w:p w:rsidR="002C538E" w:rsidRPr="005D509D" w:rsidRDefault="0020597E" w:rsidP="006878C1">
      <w:pPr>
        <w:pStyle w:val="aa"/>
        <w:numPr>
          <w:ilvl w:val="0"/>
          <w:numId w:val="10"/>
        </w:numPr>
        <w:rPr>
          <w:sz w:val="24"/>
          <w:szCs w:val="24"/>
        </w:rPr>
      </w:pPr>
      <w:r w:rsidRPr="005D509D">
        <w:rPr>
          <w:b/>
          <w:sz w:val="24"/>
          <w:szCs w:val="24"/>
        </w:rPr>
        <w:t>人员规模：</w:t>
      </w:r>
      <w:r w:rsidRPr="005D509D">
        <w:rPr>
          <w:sz w:val="24"/>
          <w:szCs w:val="24"/>
        </w:rPr>
        <w:t>900-999人（参保954人）</w:t>
      </w:r>
    </w:p>
    <w:p w:rsidR="00D575C7" w:rsidRDefault="0020597E" w:rsidP="00D575C7">
      <w:pPr>
        <w:pStyle w:val="aa"/>
        <w:numPr>
          <w:ilvl w:val="0"/>
          <w:numId w:val="10"/>
        </w:numPr>
        <w:rPr>
          <w:rFonts w:hint="eastAsia"/>
          <w:sz w:val="24"/>
          <w:szCs w:val="24"/>
        </w:rPr>
      </w:pPr>
      <w:r w:rsidRPr="005D509D">
        <w:rPr>
          <w:b/>
          <w:sz w:val="24"/>
          <w:szCs w:val="24"/>
        </w:rPr>
        <w:t>地址：</w:t>
      </w:r>
      <w:r w:rsidR="00720C56" w:rsidRPr="005D509D">
        <w:rPr>
          <w:rFonts w:hint="eastAsia"/>
          <w:sz w:val="24"/>
          <w:szCs w:val="24"/>
        </w:rPr>
        <w:t>自贡市高新工业园区富川路</w:t>
      </w:r>
      <w:r w:rsidR="00720C56" w:rsidRPr="005D509D">
        <w:rPr>
          <w:sz w:val="24"/>
          <w:szCs w:val="24"/>
        </w:rPr>
        <w:t>3号</w:t>
      </w:r>
    </w:p>
    <w:p w:rsidR="002C538E" w:rsidRPr="005D509D" w:rsidRDefault="0020597E" w:rsidP="006878C1">
      <w:pPr>
        <w:pStyle w:val="aa"/>
        <w:numPr>
          <w:ilvl w:val="0"/>
          <w:numId w:val="10"/>
        </w:numPr>
        <w:rPr>
          <w:sz w:val="24"/>
          <w:szCs w:val="24"/>
        </w:rPr>
      </w:pPr>
      <w:proofErr w:type="spellStart"/>
      <w:r w:rsidRPr="00D575C7">
        <w:rPr>
          <w:b/>
          <w:sz w:val="24"/>
          <w:szCs w:val="24"/>
        </w:rPr>
        <w:lastRenderedPageBreak/>
        <w:t>厂房面积</w:t>
      </w:r>
      <w:proofErr w:type="spellEnd"/>
      <w:r w:rsidRPr="00D575C7">
        <w:rPr>
          <w:b/>
          <w:sz w:val="24"/>
          <w:szCs w:val="24"/>
        </w:rPr>
        <w:t>：</w:t>
      </w:r>
      <w:r w:rsidR="00D575C7" w:rsidRPr="00D575C7">
        <w:rPr>
          <w:rFonts w:ascii="Arial" w:hAnsi="Arial" w:cs="Arial"/>
          <w:color w:val="1F2329"/>
          <w:sz w:val="22"/>
          <w:lang w:eastAsia="zh-CN"/>
        </w:rPr>
        <w:t>厂区占地</w:t>
      </w:r>
      <w:r w:rsidR="00D575C7" w:rsidRPr="00D575C7">
        <w:rPr>
          <w:rFonts w:ascii="Arial" w:hAnsi="Arial" w:cs="Arial"/>
          <w:color w:val="1F2329"/>
          <w:sz w:val="22"/>
          <w:lang w:eastAsia="zh-CN"/>
        </w:rPr>
        <w:t xml:space="preserve"> 18.5 </w:t>
      </w:r>
      <w:r w:rsidR="00D575C7" w:rsidRPr="00D575C7">
        <w:rPr>
          <w:rFonts w:ascii="Arial" w:hAnsi="Arial" w:cs="Arial"/>
          <w:color w:val="1F2329"/>
          <w:sz w:val="22"/>
          <w:lang w:eastAsia="zh-CN"/>
        </w:rPr>
        <w:t>公顷，总建筑面积约</w:t>
      </w:r>
      <w:r w:rsidR="00D575C7" w:rsidRPr="00D575C7">
        <w:rPr>
          <w:rFonts w:ascii="Arial" w:hAnsi="Arial" w:cs="Arial"/>
          <w:color w:val="1F2329"/>
          <w:sz w:val="22"/>
          <w:lang w:eastAsia="zh-CN"/>
        </w:rPr>
        <w:t xml:space="preserve"> 100000</w:t>
      </w:r>
      <w:r w:rsidR="00D575C7" w:rsidRPr="00D575C7">
        <w:rPr>
          <w:rFonts w:ascii="Arial" w:hAnsi="Arial" w:cs="Arial"/>
          <w:color w:val="1F2329"/>
          <w:sz w:val="22"/>
          <w:lang w:eastAsia="zh-CN"/>
        </w:rPr>
        <w:t>㎡，设</w:t>
      </w:r>
      <w:r w:rsidR="00D575C7" w:rsidRPr="00D575C7">
        <w:rPr>
          <w:rFonts w:ascii="Arial" w:hAnsi="Arial" w:cs="Arial"/>
          <w:color w:val="1F2329"/>
          <w:sz w:val="22"/>
          <w:lang w:eastAsia="zh-CN"/>
        </w:rPr>
        <w:t xml:space="preserve"> 4 </w:t>
      </w:r>
      <w:r w:rsidR="00D575C7" w:rsidRPr="00D575C7">
        <w:rPr>
          <w:rFonts w:ascii="Arial" w:hAnsi="Arial" w:cs="Arial"/>
          <w:color w:val="1F2329"/>
          <w:sz w:val="22"/>
          <w:lang w:eastAsia="zh-CN"/>
        </w:rPr>
        <w:t>大联合生产厂房、智能涂装车间、研发试验中心、整机装配与成品仓储区，配套完整重型输送设备全流程产线</w:t>
      </w:r>
    </w:p>
    <w:p w:rsidR="00D575C7" w:rsidRPr="00D575C7" w:rsidRDefault="0020597E" w:rsidP="006878C1">
      <w:pPr>
        <w:pStyle w:val="aa"/>
        <w:numPr>
          <w:ilvl w:val="0"/>
          <w:numId w:val="10"/>
        </w:numPr>
        <w:rPr>
          <w:rFonts w:ascii="Arial" w:hAnsi="Arial" w:cs="Arial" w:hint="eastAsia"/>
          <w:color w:val="1F2329"/>
          <w:sz w:val="22"/>
          <w:lang w:eastAsia="zh-CN"/>
        </w:rPr>
      </w:pPr>
      <w:r w:rsidRPr="00D575C7">
        <w:rPr>
          <w:b/>
          <w:sz w:val="24"/>
          <w:szCs w:val="24"/>
        </w:rPr>
        <w:t>企业资质：</w:t>
      </w:r>
      <w:r w:rsidR="00D575C7" w:rsidRPr="00D575C7">
        <w:rPr>
          <w:rFonts w:ascii="Arial" w:hAnsi="Arial" w:cs="Arial"/>
          <w:color w:val="1F2329"/>
          <w:sz w:val="22"/>
          <w:lang w:eastAsia="zh-CN"/>
        </w:rPr>
        <w:t xml:space="preserve">ISO9001/14001/45001 </w:t>
      </w:r>
      <w:r w:rsidR="00D575C7" w:rsidRPr="00D575C7">
        <w:rPr>
          <w:rFonts w:ascii="Arial" w:hAnsi="Arial" w:cs="Arial"/>
          <w:color w:val="1F2329"/>
          <w:sz w:val="22"/>
          <w:lang w:eastAsia="zh-CN"/>
        </w:rPr>
        <w:t>三体系、机电工程施工总承包壹级资质、</w:t>
      </w:r>
      <w:r w:rsidR="00D575C7" w:rsidRPr="00D575C7">
        <w:rPr>
          <w:rFonts w:ascii="Arial" w:hAnsi="Arial" w:cs="Arial"/>
          <w:color w:val="1F2329"/>
          <w:sz w:val="22"/>
          <w:lang w:eastAsia="zh-CN"/>
        </w:rPr>
        <w:t xml:space="preserve">221 </w:t>
      </w:r>
      <w:r w:rsidR="00D575C7" w:rsidRPr="00D575C7">
        <w:rPr>
          <w:rFonts w:ascii="Arial" w:hAnsi="Arial" w:cs="Arial"/>
          <w:color w:val="1F2329"/>
          <w:sz w:val="22"/>
          <w:lang w:eastAsia="zh-CN"/>
        </w:rPr>
        <w:t>项输送设备专利，</w:t>
      </w:r>
      <w:r w:rsidR="00D575C7" w:rsidRPr="00D575C7">
        <w:rPr>
          <w:rFonts w:ascii="Arial" w:hAnsi="Arial" w:cs="Arial"/>
          <w:color w:val="1F2329"/>
          <w:sz w:val="22"/>
          <w:lang w:eastAsia="zh-CN"/>
        </w:rPr>
        <w:t xml:space="preserve">CE </w:t>
      </w:r>
      <w:r w:rsidR="00D575C7" w:rsidRPr="00D575C7">
        <w:rPr>
          <w:rFonts w:ascii="Arial" w:hAnsi="Arial" w:cs="Arial"/>
          <w:color w:val="1F2329"/>
          <w:sz w:val="22"/>
          <w:lang w:eastAsia="zh-CN"/>
        </w:rPr>
        <w:t>整机机械安全公告认证</w:t>
      </w:r>
      <w:r w:rsidR="00D575C7">
        <w:rPr>
          <w:rFonts w:ascii="Arial" w:hAnsi="Arial" w:cs="Arial"/>
          <w:color w:val="1F2329"/>
          <w:sz w:val="22"/>
          <w:lang w:eastAsia="zh-CN"/>
        </w:rPr>
        <w:t>。</w:t>
      </w:r>
    </w:p>
    <w:p w:rsidR="00720C56" w:rsidRPr="00D575C7" w:rsidRDefault="0020597E" w:rsidP="006878C1">
      <w:pPr>
        <w:pStyle w:val="aa"/>
        <w:numPr>
          <w:ilvl w:val="0"/>
          <w:numId w:val="10"/>
        </w:numPr>
        <w:rPr>
          <w:sz w:val="24"/>
          <w:szCs w:val="24"/>
        </w:rPr>
      </w:pPr>
      <w:r w:rsidRPr="00D575C7">
        <w:rPr>
          <w:b/>
          <w:sz w:val="24"/>
          <w:szCs w:val="24"/>
        </w:rPr>
        <w:t>联系方式：</w:t>
      </w:r>
      <w:r w:rsidR="00720C56" w:rsidRPr="00D575C7">
        <w:rPr>
          <w:sz w:val="24"/>
          <w:szCs w:val="24"/>
        </w:rPr>
        <w:t>18990068690，13808201258，13720296813 13890014009</w:t>
      </w:r>
    </w:p>
    <w:p w:rsidR="002C538E" w:rsidRPr="005D509D" w:rsidRDefault="00720C56" w:rsidP="00720C56">
      <w:pPr>
        <w:pStyle w:val="aa"/>
        <w:ind w:left="840"/>
        <w:rPr>
          <w:sz w:val="24"/>
          <w:szCs w:val="24"/>
        </w:rPr>
      </w:pPr>
      <w:r w:rsidRPr="005D509D">
        <w:rPr>
          <w:rFonts w:hint="eastAsia"/>
          <w:sz w:val="24"/>
          <w:szCs w:val="24"/>
        </w:rPr>
        <w:t>邮箱：</w:t>
      </w:r>
      <w:hyperlink r:id="rId9" w:history="1">
        <w:r w:rsidRPr="005D509D">
          <w:rPr>
            <w:sz w:val="24"/>
            <w:szCs w:val="24"/>
          </w:rPr>
          <w:t>466089014@qq.com</w:t>
        </w:r>
      </w:hyperlink>
      <w:r w:rsidRPr="005D509D">
        <w:rPr>
          <w:sz w:val="24"/>
          <w:szCs w:val="24"/>
        </w:rPr>
        <w:t>，wzchenjh@sinopec.com</w:t>
      </w:r>
      <w:r w:rsidR="0020597E" w:rsidRPr="005D509D">
        <w:rPr>
          <w:sz w:val="24"/>
          <w:szCs w:val="24"/>
        </w:rPr>
        <w:t>官网：www.zgcmc.com</w:t>
      </w:r>
    </w:p>
    <w:p w:rsidR="002C538E" w:rsidRPr="005D509D" w:rsidRDefault="0020597E" w:rsidP="006878C1">
      <w:pPr>
        <w:pStyle w:val="aa"/>
        <w:numPr>
          <w:ilvl w:val="0"/>
          <w:numId w:val="10"/>
        </w:numPr>
        <w:rPr>
          <w:sz w:val="24"/>
          <w:szCs w:val="24"/>
        </w:rPr>
      </w:pPr>
      <w:proofErr w:type="spellStart"/>
      <w:r w:rsidRPr="005D509D">
        <w:rPr>
          <w:b/>
          <w:sz w:val="24"/>
          <w:szCs w:val="24"/>
        </w:rPr>
        <w:t>核心产品：</w:t>
      </w:r>
      <w:r w:rsidRPr="005D509D">
        <w:rPr>
          <w:sz w:val="24"/>
          <w:szCs w:val="24"/>
        </w:rPr>
        <w:t>通用带式输送机、管状带式输送机、曲线带式输送机、斗式提升机、螺旋输送机、驱动装置、逆止装置等散料输送成套设备</w:t>
      </w:r>
      <w:proofErr w:type="spellEnd"/>
    </w:p>
    <w:p w:rsidR="002C538E" w:rsidRPr="005D509D" w:rsidRDefault="0020597E" w:rsidP="006878C1">
      <w:pPr>
        <w:pStyle w:val="aa"/>
        <w:numPr>
          <w:ilvl w:val="0"/>
          <w:numId w:val="10"/>
        </w:numPr>
        <w:rPr>
          <w:sz w:val="24"/>
          <w:szCs w:val="24"/>
        </w:rPr>
      </w:pPr>
      <w:r w:rsidRPr="005D509D">
        <w:rPr>
          <w:b/>
          <w:sz w:val="24"/>
          <w:szCs w:val="24"/>
        </w:rPr>
        <w:t>技术特点：</w:t>
      </w:r>
      <w:r w:rsidRPr="005D509D">
        <w:rPr>
          <w:sz w:val="24"/>
          <w:szCs w:val="24"/>
        </w:rPr>
        <w:t>管状带式输送机技术领先，长距离曲线输送系统设计能力强；可提供从设计、制造到安装调试的总承包服务；单条输送线可达数十公里，输送能力每小时可达万吨级</w:t>
      </w:r>
    </w:p>
    <w:p w:rsidR="002C538E" w:rsidRPr="005D509D" w:rsidRDefault="0020597E" w:rsidP="006878C1">
      <w:pPr>
        <w:pStyle w:val="aa"/>
        <w:numPr>
          <w:ilvl w:val="0"/>
          <w:numId w:val="10"/>
        </w:numPr>
        <w:rPr>
          <w:sz w:val="24"/>
          <w:szCs w:val="24"/>
        </w:rPr>
      </w:pPr>
      <w:r w:rsidRPr="005D509D">
        <w:rPr>
          <w:b/>
          <w:sz w:val="24"/>
          <w:szCs w:val="24"/>
        </w:rPr>
        <w:t>出口信息：</w:t>
      </w:r>
      <w:r w:rsidRPr="005D509D">
        <w:rPr>
          <w:sz w:val="24"/>
          <w:szCs w:val="24"/>
        </w:rPr>
        <w:t>产品出口印度、巴基斯坦、马来西亚、美国、巴西等全球30+国家和地区，一般贸易方式，CE认证、ISO9001认证</w:t>
      </w:r>
    </w:p>
    <w:p w:rsidR="002C538E" w:rsidRPr="005D509D" w:rsidRDefault="0020597E" w:rsidP="006878C1">
      <w:pPr>
        <w:pStyle w:val="aa"/>
        <w:numPr>
          <w:ilvl w:val="0"/>
          <w:numId w:val="10"/>
        </w:numPr>
        <w:rPr>
          <w:sz w:val="24"/>
          <w:szCs w:val="24"/>
        </w:rPr>
      </w:pPr>
      <w:r w:rsidRPr="005D509D">
        <w:rPr>
          <w:b/>
          <w:sz w:val="24"/>
          <w:szCs w:val="24"/>
        </w:rPr>
        <w:t>海关编码：</w:t>
      </w:r>
      <w:r w:rsidRPr="005D509D">
        <w:rPr>
          <w:sz w:val="24"/>
          <w:szCs w:val="24"/>
        </w:rPr>
        <w:t>主要归类：84283300（其他带式连续运货升降、输送机）</w:t>
      </w:r>
    </w:p>
    <w:p w:rsidR="002C538E" w:rsidRPr="005D509D" w:rsidRDefault="0020597E" w:rsidP="006878C1">
      <w:pPr>
        <w:pStyle w:val="aa"/>
        <w:numPr>
          <w:ilvl w:val="0"/>
          <w:numId w:val="10"/>
        </w:numPr>
        <w:rPr>
          <w:sz w:val="24"/>
          <w:szCs w:val="24"/>
        </w:rPr>
      </w:pPr>
      <w:r w:rsidRPr="005D509D">
        <w:rPr>
          <w:b/>
          <w:sz w:val="24"/>
          <w:szCs w:val="24"/>
        </w:rPr>
        <w:t>价格参考：</w:t>
      </w:r>
      <w:r w:rsidRPr="005D509D">
        <w:rPr>
          <w:sz w:val="24"/>
          <w:szCs w:val="24"/>
        </w:rPr>
        <w:t>标准皮带输送机约5-50万元/台套，大型管状带式输送机及整线系统约50-500万元/项目</w:t>
      </w:r>
    </w:p>
    <w:p w:rsidR="002C538E" w:rsidRPr="005D509D" w:rsidRDefault="0020597E" w:rsidP="006878C1">
      <w:pPr>
        <w:pStyle w:val="aa"/>
        <w:numPr>
          <w:ilvl w:val="0"/>
          <w:numId w:val="10"/>
        </w:numPr>
        <w:rPr>
          <w:sz w:val="24"/>
          <w:szCs w:val="24"/>
        </w:rPr>
      </w:pPr>
      <w:r w:rsidRPr="005D509D">
        <w:rPr>
          <w:b/>
          <w:sz w:val="24"/>
          <w:szCs w:val="24"/>
        </w:rPr>
        <w:t>生产周期：</w:t>
      </w:r>
      <w:r w:rsidRPr="005D509D">
        <w:rPr>
          <w:sz w:val="24"/>
          <w:szCs w:val="24"/>
        </w:rPr>
        <w:t>标准设备30-60天，大型定制项目60-180天</w:t>
      </w:r>
    </w:p>
    <w:p w:rsidR="002C538E" w:rsidRPr="005D509D" w:rsidRDefault="0020597E" w:rsidP="006878C1">
      <w:pPr>
        <w:pStyle w:val="aa"/>
        <w:numPr>
          <w:ilvl w:val="0"/>
          <w:numId w:val="10"/>
        </w:numPr>
        <w:rPr>
          <w:sz w:val="24"/>
          <w:szCs w:val="24"/>
        </w:rPr>
      </w:pPr>
      <w:proofErr w:type="spellStart"/>
      <w:r w:rsidRPr="005D509D">
        <w:rPr>
          <w:b/>
          <w:sz w:val="24"/>
          <w:szCs w:val="24"/>
        </w:rPr>
        <w:t>行业地位：</w:t>
      </w:r>
      <w:r w:rsidRPr="005D509D">
        <w:rPr>
          <w:sz w:val="24"/>
          <w:szCs w:val="24"/>
        </w:rPr>
        <w:t>输送机械行业上市公司，西部输送机械龙头，管状带式输送机技术领先，市场占有率位居行业前列</w:t>
      </w:r>
      <w:proofErr w:type="spellEnd"/>
    </w:p>
    <w:p w:rsidR="002C538E" w:rsidRDefault="002C538E"/>
    <w:p w:rsidR="002C538E" w:rsidRDefault="0020597E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3657600" cy="3292997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igong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292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38E" w:rsidRPr="00D575C7" w:rsidRDefault="0020597E">
      <w:pPr>
        <w:jc w:val="center"/>
        <w:rPr>
          <w:szCs w:val="21"/>
        </w:rPr>
      </w:pPr>
      <w:r w:rsidRPr="00D575C7">
        <w:rPr>
          <w:color w:val="646464"/>
          <w:szCs w:val="21"/>
        </w:rPr>
        <w:t>图：大倾角挡边带式输送机（自贡运机同类型产品参考）</w:t>
      </w:r>
    </w:p>
    <w:p w:rsidR="002C538E" w:rsidRDefault="002C538E"/>
    <w:p w:rsidR="002C538E" w:rsidRDefault="002C538E"/>
    <w:p w:rsidR="002C538E" w:rsidRDefault="0020597E">
      <w:pPr>
        <w:pStyle w:val="21"/>
      </w:pPr>
      <w:r>
        <w:rPr>
          <w:rFonts w:ascii="黑体" w:eastAsia="黑体" w:hAnsi="黑体"/>
          <w:sz w:val="28"/>
        </w:rPr>
        <w:t>2. 山东山矿机械有限公司</w:t>
      </w:r>
    </w:p>
    <w:p w:rsidR="002C538E" w:rsidRPr="00E263A0" w:rsidRDefault="0020597E" w:rsidP="006878C1">
      <w:pPr>
        <w:pStyle w:val="aa"/>
        <w:numPr>
          <w:ilvl w:val="0"/>
          <w:numId w:val="11"/>
        </w:numPr>
        <w:rPr>
          <w:sz w:val="24"/>
          <w:szCs w:val="24"/>
        </w:rPr>
      </w:pPr>
      <w:r w:rsidRPr="00E263A0">
        <w:rPr>
          <w:b/>
          <w:sz w:val="24"/>
          <w:szCs w:val="24"/>
        </w:rPr>
        <w:t>企业真实性：</w:t>
      </w:r>
      <w:r w:rsidRPr="00E263A0">
        <w:rPr>
          <w:sz w:val="24"/>
          <w:szCs w:val="24"/>
        </w:rPr>
        <w:t>始创于1970年，1993年5月9日注册，法定代表人孙善金，在营企业，注册资本20000万元（实缴20000万元）</w:t>
      </w:r>
    </w:p>
    <w:p w:rsidR="002C538E" w:rsidRPr="00E263A0" w:rsidRDefault="0020597E" w:rsidP="006878C1">
      <w:pPr>
        <w:pStyle w:val="aa"/>
        <w:numPr>
          <w:ilvl w:val="0"/>
          <w:numId w:val="11"/>
        </w:numPr>
        <w:rPr>
          <w:sz w:val="24"/>
          <w:szCs w:val="24"/>
        </w:rPr>
      </w:pPr>
      <w:r w:rsidRPr="00E263A0">
        <w:rPr>
          <w:b/>
          <w:sz w:val="24"/>
          <w:szCs w:val="24"/>
        </w:rPr>
        <w:t>人员规模：</w:t>
      </w:r>
      <w:r w:rsidRPr="00E263A0">
        <w:rPr>
          <w:sz w:val="24"/>
          <w:szCs w:val="24"/>
        </w:rPr>
        <w:t>400-499人（参保473人）</w:t>
      </w:r>
    </w:p>
    <w:p w:rsidR="002C538E" w:rsidRPr="00E263A0" w:rsidRDefault="0020597E" w:rsidP="006878C1">
      <w:pPr>
        <w:pStyle w:val="aa"/>
        <w:numPr>
          <w:ilvl w:val="0"/>
          <w:numId w:val="11"/>
        </w:numPr>
        <w:rPr>
          <w:sz w:val="24"/>
          <w:szCs w:val="24"/>
        </w:rPr>
      </w:pPr>
      <w:r w:rsidRPr="00E263A0">
        <w:rPr>
          <w:b/>
          <w:sz w:val="24"/>
          <w:szCs w:val="24"/>
        </w:rPr>
        <w:t>地址：</w:t>
      </w:r>
      <w:r w:rsidR="00720C56" w:rsidRPr="00E263A0">
        <w:rPr>
          <w:rFonts w:hint="eastAsia"/>
          <w:sz w:val="24"/>
          <w:szCs w:val="24"/>
        </w:rPr>
        <w:t>山东省济宁市任城区运河经济开发区新材料产业园辰宁路</w:t>
      </w:r>
      <w:r w:rsidR="00720C56" w:rsidRPr="00E263A0">
        <w:rPr>
          <w:sz w:val="24"/>
          <w:szCs w:val="24"/>
        </w:rPr>
        <w:t>91号</w:t>
      </w:r>
    </w:p>
    <w:p w:rsidR="00E263A0" w:rsidRPr="00E263A0" w:rsidRDefault="0020597E" w:rsidP="006878C1">
      <w:pPr>
        <w:pStyle w:val="aa"/>
        <w:numPr>
          <w:ilvl w:val="0"/>
          <w:numId w:val="11"/>
        </w:numPr>
        <w:rPr>
          <w:rFonts w:hint="eastAsia"/>
          <w:sz w:val="24"/>
          <w:szCs w:val="24"/>
        </w:rPr>
      </w:pPr>
      <w:proofErr w:type="spellStart"/>
      <w:r w:rsidRPr="00E263A0">
        <w:rPr>
          <w:b/>
          <w:sz w:val="24"/>
          <w:szCs w:val="24"/>
        </w:rPr>
        <w:t>厂房面积：</w:t>
      </w:r>
      <w:r w:rsidR="00E263A0" w:rsidRPr="00E263A0">
        <w:rPr>
          <w:sz w:val="24"/>
          <w:szCs w:val="24"/>
        </w:rPr>
        <w:t>集团总占地</w:t>
      </w:r>
      <w:proofErr w:type="spellEnd"/>
      <w:r w:rsidR="00E263A0" w:rsidRPr="00E263A0">
        <w:rPr>
          <w:sz w:val="24"/>
          <w:szCs w:val="24"/>
        </w:rPr>
        <w:t xml:space="preserve"> 300000㎡，本部生产基地建筑面积 129000㎡，下设托辊、重工、</w:t>
      </w:r>
      <w:r w:rsidR="00E263A0">
        <w:rPr>
          <w:sz w:val="24"/>
          <w:szCs w:val="24"/>
        </w:rPr>
        <w:t>建材机械等分厂区，配套铸造、热处理、数控加工、大型整机总装车间</w:t>
      </w:r>
      <w:r w:rsidR="00E263A0" w:rsidRPr="00E263A0">
        <w:rPr>
          <w:sz w:val="24"/>
          <w:szCs w:val="24"/>
        </w:rPr>
        <w:t>。</w:t>
      </w:r>
    </w:p>
    <w:p w:rsidR="00424AC2" w:rsidRDefault="0020597E" w:rsidP="006878C1">
      <w:pPr>
        <w:pStyle w:val="aa"/>
        <w:numPr>
          <w:ilvl w:val="0"/>
          <w:numId w:val="11"/>
        </w:numPr>
        <w:rPr>
          <w:rFonts w:hint="eastAsia"/>
          <w:sz w:val="24"/>
          <w:szCs w:val="24"/>
        </w:rPr>
      </w:pPr>
      <w:r w:rsidRPr="00424AC2">
        <w:rPr>
          <w:b/>
          <w:sz w:val="24"/>
          <w:szCs w:val="24"/>
        </w:rPr>
        <w:t>企业资质：</w:t>
      </w:r>
      <w:r w:rsidR="00424AC2" w:rsidRPr="00424AC2">
        <w:rPr>
          <w:sz w:val="24"/>
          <w:szCs w:val="24"/>
        </w:rPr>
        <w:t>高新技术企业</w:t>
      </w:r>
      <w:r w:rsidRPr="00424AC2">
        <w:rPr>
          <w:sz w:val="24"/>
          <w:szCs w:val="24"/>
        </w:rPr>
        <w:t>，企业技术中心</w:t>
      </w:r>
      <w:r w:rsidR="00424AC2">
        <w:rPr>
          <w:sz w:val="24"/>
          <w:szCs w:val="24"/>
        </w:rPr>
        <w:t>，</w:t>
      </w:r>
      <w:r w:rsidR="00424AC2" w:rsidRPr="00424AC2">
        <w:rPr>
          <w:sz w:val="24"/>
          <w:szCs w:val="24"/>
        </w:rPr>
        <w:t xml:space="preserve">ISO 三体系、AAA 标准化良好行为、CNAS 实验室、6 </w:t>
      </w:r>
      <w:proofErr w:type="spellStart"/>
      <w:r w:rsidR="00424AC2" w:rsidRPr="00424AC2">
        <w:rPr>
          <w:sz w:val="24"/>
          <w:szCs w:val="24"/>
        </w:rPr>
        <w:t>项国标</w:t>
      </w:r>
      <w:proofErr w:type="spellEnd"/>
      <w:r w:rsidR="00424AC2" w:rsidRPr="00424AC2">
        <w:rPr>
          <w:sz w:val="24"/>
          <w:szCs w:val="24"/>
        </w:rPr>
        <w:t xml:space="preserve"> / 13 项行标参编单位、60 </w:t>
      </w:r>
      <w:proofErr w:type="spellStart"/>
      <w:r w:rsidR="00424AC2" w:rsidRPr="00424AC2">
        <w:rPr>
          <w:sz w:val="24"/>
          <w:szCs w:val="24"/>
        </w:rPr>
        <w:t>余项专利、自营进出口权、二级理化检测、矿山设备全套安标资质</w:t>
      </w:r>
      <w:proofErr w:type="spellEnd"/>
      <w:r w:rsidR="00424AC2" w:rsidRPr="00424AC2">
        <w:rPr>
          <w:sz w:val="24"/>
          <w:szCs w:val="24"/>
        </w:rPr>
        <w:t xml:space="preserve">。CE </w:t>
      </w:r>
      <w:proofErr w:type="spellStart"/>
      <w:r w:rsidR="00424AC2" w:rsidRPr="00424AC2">
        <w:rPr>
          <w:sz w:val="24"/>
          <w:szCs w:val="24"/>
        </w:rPr>
        <w:t>整机安全认证</w:t>
      </w:r>
      <w:proofErr w:type="spellEnd"/>
      <w:r w:rsidR="00424AC2">
        <w:rPr>
          <w:sz w:val="24"/>
          <w:szCs w:val="24"/>
        </w:rPr>
        <w:t>。</w:t>
      </w:r>
    </w:p>
    <w:p w:rsidR="00BD33D1" w:rsidRPr="00424AC2" w:rsidRDefault="0020597E" w:rsidP="006878C1">
      <w:pPr>
        <w:pStyle w:val="aa"/>
        <w:numPr>
          <w:ilvl w:val="0"/>
          <w:numId w:val="11"/>
        </w:numPr>
        <w:rPr>
          <w:sz w:val="24"/>
          <w:szCs w:val="24"/>
        </w:rPr>
      </w:pPr>
      <w:r w:rsidRPr="00424AC2">
        <w:rPr>
          <w:b/>
          <w:sz w:val="24"/>
          <w:szCs w:val="24"/>
        </w:rPr>
        <w:t>联系方式：</w:t>
      </w:r>
      <w:r w:rsidR="00720C56" w:rsidRPr="00424AC2">
        <w:rPr>
          <w:sz w:val="24"/>
          <w:szCs w:val="24"/>
        </w:rPr>
        <w:t>13406291017，13805371928，13505477574，13562729604，</w:t>
      </w:r>
    </w:p>
    <w:p w:rsidR="002C538E" w:rsidRPr="00E263A0" w:rsidRDefault="00720C56" w:rsidP="00BD33D1">
      <w:pPr>
        <w:pStyle w:val="aa"/>
        <w:ind w:left="840"/>
        <w:rPr>
          <w:sz w:val="24"/>
          <w:szCs w:val="24"/>
        </w:rPr>
      </w:pPr>
      <w:r w:rsidRPr="00E263A0">
        <w:rPr>
          <w:sz w:val="24"/>
          <w:szCs w:val="24"/>
        </w:rPr>
        <w:t>邮箱：qgb3813@163.com，</w:t>
      </w:r>
      <w:r w:rsidR="00BD33D1" w:rsidRPr="00E263A0">
        <w:rPr>
          <w:sz w:val="24"/>
          <w:szCs w:val="24"/>
        </w:rPr>
        <w:t>sdkjpj@163.com</w:t>
      </w:r>
      <w:r w:rsidR="0020597E" w:rsidRPr="00E263A0">
        <w:rPr>
          <w:sz w:val="24"/>
          <w:szCs w:val="24"/>
        </w:rPr>
        <w:t>官网：www.sdkj.com.cn</w:t>
      </w:r>
    </w:p>
    <w:p w:rsidR="002C538E" w:rsidRPr="00E263A0" w:rsidRDefault="0020597E" w:rsidP="006878C1">
      <w:pPr>
        <w:pStyle w:val="aa"/>
        <w:numPr>
          <w:ilvl w:val="0"/>
          <w:numId w:val="11"/>
        </w:numPr>
        <w:rPr>
          <w:sz w:val="24"/>
          <w:szCs w:val="24"/>
        </w:rPr>
      </w:pPr>
      <w:proofErr w:type="spellStart"/>
      <w:r w:rsidRPr="00E263A0">
        <w:rPr>
          <w:b/>
          <w:sz w:val="24"/>
          <w:szCs w:val="24"/>
        </w:rPr>
        <w:t>核心产品：</w:t>
      </w:r>
      <w:r w:rsidRPr="00E263A0">
        <w:rPr>
          <w:sz w:val="24"/>
          <w:szCs w:val="24"/>
        </w:rPr>
        <w:t>带式输送机、破碎机、球磨机、工矿电机车等矿山机械成套设备及关键零部件</w:t>
      </w:r>
      <w:proofErr w:type="spellEnd"/>
    </w:p>
    <w:p w:rsidR="002C538E" w:rsidRPr="00E263A0" w:rsidRDefault="0020597E" w:rsidP="006878C1">
      <w:pPr>
        <w:pStyle w:val="aa"/>
        <w:numPr>
          <w:ilvl w:val="0"/>
          <w:numId w:val="11"/>
        </w:numPr>
        <w:rPr>
          <w:sz w:val="24"/>
          <w:szCs w:val="24"/>
        </w:rPr>
      </w:pPr>
      <w:r w:rsidRPr="00E263A0">
        <w:rPr>
          <w:b/>
          <w:sz w:val="24"/>
          <w:szCs w:val="24"/>
        </w:rPr>
        <w:lastRenderedPageBreak/>
        <w:t>技术特点：</w:t>
      </w:r>
      <w:r w:rsidRPr="00E263A0">
        <w:rPr>
          <w:sz w:val="24"/>
          <w:szCs w:val="24"/>
        </w:rPr>
        <w:t>50年+矿山机械制造经验，带式输送机承载能力强，可适应矿山、建材、港口等恶劣工况；具备矿山工程总承包资质，提供整线解决方案；核心部件托辊、滚筒等自主生产，质量可控</w:t>
      </w:r>
    </w:p>
    <w:p w:rsidR="002C538E" w:rsidRPr="00E263A0" w:rsidRDefault="0020597E" w:rsidP="006878C1">
      <w:pPr>
        <w:pStyle w:val="aa"/>
        <w:numPr>
          <w:ilvl w:val="0"/>
          <w:numId w:val="11"/>
        </w:numPr>
        <w:rPr>
          <w:sz w:val="24"/>
          <w:szCs w:val="24"/>
        </w:rPr>
      </w:pPr>
      <w:r w:rsidRPr="00E263A0">
        <w:rPr>
          <w:b/>
          <w:sz w:val="24"/>
          <w:szCs w:val="24"/>
        </w:rPr>
        <w:t>出口信息：</w:t>
      </w:r>
      <w:r w:rsidRPr="00E263A0">
        <w:rPr>
          <w:sz w:val="24"/>
          <w:szCs w:val="24"/>
        </w:rPr>
        <w:t>拥有自营进出口权，产品出口全球20+国家和地区，一般贸易方式，CE认证、ISO9001认证</w:t>
      </w:r>
    </w:p>
    <w:p w:rsidR="002C538E" w:rsidRPr="00E263A0" w:rsidRDefault="0020597E" w:rsidP="006878C1">
      <w:pPr>
        <w:pStyle w:val="aa"/>
        <w:numPr>
          <w:ilvl w:val="0"/>
          <w:numId w:val="11"/>
        </w:numPr>
        <w:rPr>
          <w:sz w:val="24"/>
          <w:szCs w:val="24"/>
        </w:rPr>
      </w:pPr>
      <w:r w:rsidRPr="00E263A0">
        <w:rPr>
          <w:b/>
          <w:sz w:val="24"/>
          <w:szCs w:val="24"/>
        </w:rPr>
        <w:t>海关编码：</w:t>
      </w:r>
      <w:r w:rsidRPr="00E263A0">
        <w:rPr>
          <w:sz w:val="24"/>
          <w:szCs w:val="24"/>
        </w:rPr>
        <w:t>主要归类：84283300（其他带式连续运货升降、输送机）</w:t>
      </w:r>
    </w:p>
    <w:p w:rsidR="002C538E" w:rsidRPr="00E263A0" w:rsidRDefault="0020597E" w:rsidP="006878C1">
      <w:pPr>
        <w:pStyle w:val="aa"/>
        <w:numPr>
          <w:ilvl w:val="0"/>
          <w:numId w:val="11"/>
        </w:numPr>
        <w:rPr>
          <w:sz w:val="24"/>
          <w:szCs w:val="24"/>
        </w:rPr>
      </w:pPr>
      <w:r w:rsidRPr="00E263A0">
        <w:rPr>
          <w:b/>
          <w:sz w:val="24"/>
          <w:szCs w:val="24"/>
        </w:rPr>
        <w:t>价格参考：</w:t>
      </w:r>
      <w:r w:rsidRPr="00E263A0">
        <w:rPr>
          <w:sz w:val="24"/>
          <w:szCs w:val="24"/>
        </w:rPr>
        <w:t>标准矿用皮带输送机约10-80万元/台套，大型输送系统约80-300万元/项目</w:t>
      </w:r>
    </w:p>
    <w:p w:rsidR="002C538E" w:rsidRDefault="0020597E" w:rsidP="006878C1">
      <w:pPr>
        <w:pStyle w:val="aa"/>
        <w:numPr>
          <w:ilvl w:val="0"/>
          <w:numId w:val="11"/>
        </w:numPr>
        <w:rPr>
          <w:rFonts w:hint="eastAsia"/>
          <w:sz w:val="24"/>
          <w:szCs w:val="24"/>
        </w:rPr>
      </w:pPr>
      <w:r w:rsidRPr="00E263A0">
        <w:rPr>
          <w:b/>
          <w:sz w:val="24"/>
          <w:szCs w:val="24"/>
        </w:rPr>
        <w:t>生产周期：</w:t>
      </w:r>
      <w:r w:rsidRPr="00E263A0">
        <w:rPr>
          <w:sz w:val="24"/>
          <w:szCs w:val="24"/>
        </w:rPr>
        <w:t>标准设备20-45天，大型定制项目45-90天</w:t>
      </w:r>
    </w:p>
    <w:p w:rsidR="00424AC2" w:rsidRPr="00E263A0" w:rsidRDefault="00424AC2" w:rsidP="006878C1">
      <w:pPr>
        <w:pStyle w:val="aa"/>
        <w:numPr>
          <w:ilvl w:val="0"/>
          <w:numId w:val="11"/>
        </w:numPr>
        <w:rPr>
          <w:sz w:val="24"/>
          <w:szCs w:val="24"/>
        </w:rPr>
      </w:pPr>
      <w:r>
        <w:rPr>
          <w:rFonts w:hint="eastAsia"/>
          <w:b/>
          <w:sz w:val="24"/>
          <w:szCs w:val="24"/>
          <w:lang w:eastAsia="zh-CN"/>
        </w:rPr>
        <w:t>海关物流周期：</w:t>
      </w:r>
      <w:proofErr w:type="spellStart"/>
      <w:r w:rsidRPr="00424AC2">
        <w:rPr>
          <w:sz w:val="24"/>
          <w:szCs w:val="24"/>
        </w:rPr>
        <w:t>海运欧美</w:t>
      </w:r>
      <w:proofErr w:type="spellEnd"/>
      <w:r w:rsidRPr="00424AC2">
        <w:rPr>
          <w:sz w:val="24"/>
          <w:szCs w:val="24"/>
        </w:rPr>
        <w:t xml:space="preserve"> 26–47 </w:t>
      </w:r>
      <w:proofErr w:type="spellStart"/>
      <w:r w:rsidRPr="00424AC2">
        <w:rPr>
          <w:sz w:val="24"/>
          <w:szCs w:val="24"/>
        </w:rPr>
        <w:t>天、东南亚</w:t>
      </w:r>
      <w:proofErr w:type="spellEnd"/>
      <w:r w:rsidRPr="00424AC2">
        <w:rPr>
          <w:sz w:val="24"/>
          <w:szCs w:val="24"/>
        </w:rPr>
        <w:t xml:space="preserve"> 8–21 </w:t>
      </w:r>
      <w:proofErr w:type="spellStart"/>
      <w:r w:rsidRPr="00424AC2">
        <w:rPr>
          <w:sz w:val="24"/>
          <w:szCs w:val="24"/>
        </w:rPr>
        <w:t>天、远洋航线</w:t>
      </w:r>
      <w:proofErr w:type="spellEnd"/>
      <w:r w:rsidRPr="00424AC2">
        <w:rPr>
          <w:sz w:val="24"/>
          <w:szCs w:val="24"/>
        </w:rPr>
        <w:t xml:space="preserve"> 31–50 </w:t>
      </w:r>
      <w:proofErr w:type="spellStart"/>
      <w:r w:rsidRPr="00424AC2">
        <w:rPr>
          <w:sz w:val="24"/>
          <w:szCs w:val="24"/>
        </w:rPr>
        <w:t>天；空运</w:t>
      </w:r>
      <w:proofErr w:type="spellEnd"/>
      <w:r w:rsidRPr="00424AC2">
        <w:rPr>
          <w:sz w:val="24"/>
          <w:szCs w:val="24"/>
        </w:rPr>
        <w:t xml:space="preserve"> 8–15 天；</w:t>
      </w:r>
    </w:p>
    <w:p w:rsidR="002C538E" w:rsidRPr="00E263A0" w:rsidRDefault="0020597E" w:rsidP="006878C1">
      <w:pPr>
        <w:pStyle w:val="aa"/>
        <w:numPr>
          <w:ilvl w:val="0"/>
          <w:numId w:val="11"/>
        </w:numPr>
        <w:rPr>
          <w:sz w:val="24"/>
          <w:szCs w:val="24"/>
        </w:rPr>
      </w:pPr>
      <w:proofErr w:type="spellStart"/>
      <w:r w:rsidRPr="00E263A0">
        <w:rPr>
          <w:b/>
          <w:sz w:val="24"/>
          <w:szCs w:val="24"/>
        </w:rPr>
        <w:t>行业地位：</w:t>
      </w:r>
      <w:r w:rsidRPr="00E263A0">
        <w:rPr>
          <w:sz w:val="24"/>
          <w:szCs w:val="24"/>
        </w:rPr>
        <w:t>带式输送机行业老牌骨干企业，矿山输送领域技术积淀深厚，市场口碑良好</w:t>
      </w:r>
      <w:proofErr w:type="spellEnd"/>
    </w:p>
    <w:p w:rsidR="002C538E" w:rsidRDefault="002C538E"/>
    <w:p w:rsidR="002C538E" w:rsidRDefault="0020597E">
      <w:pPr>
        <w:jc w:val="center"/>
      </w:pPr>
      <w:r>
        <w:rPr>
          <w:noProof/>
          <w:lang w:eastAsia="zh-CN"/>
        </w:rPr>
        <w:drawing>
          <wp:inline distT="0" distB="0" distL="0" distR="0">
            <wp:extent cx="3657600" cy="365760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nkuang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38E" w:rsidRPr="00D26207" w:rsidRDefault="0020597E">
      <w:pPr>
        <w:jc w:val="center"/>
        <w:rPr>
          <w:szCs w:val="21"/>
        </w:rPr>
      </w:pPr>
      <w:r w:rsidRPr="00D26207">
        <w:rPr>
          <w:color w:val="646464"/>
          <w:szCs w:val="21"/>
        </w:rPr>
        <w:t>图：矿用爬坡皮带输送机（山东山矿同类型产品参考）</w:t>
      </w:r>
    </w:p>
    <w:p w:rsidR="002C538E" w:rsidRDefault="002C538E"/>
    <w:p w:rsidR="002C538E" w:rsidRDefault="002C538E"/>
    <w:p w:rsidR="002C538E" w:rsidRDefault="0020597E">
      <w:pPr>
        <w:pStyle w:val="21"/>
      </w:pPr>
      <w:r>
        <w:rPr>
          <w:rFonts w:ascii="黑体" w:eastAsia="黑体" w:hAnsi="黑体"/>
          <w:sz w:val="28"/>
        </w:rPr>
        <w:lastRenderedPageBreak/>
        <w:t>3. 安徽永生机械股份有限公司</w:t>
      </w:r>
    </w:p>
    <w:p w:rsidR="002C538E" w:rsidRPr="00BA5320" w:rsidRDefault="0020597E" w:rsidP="006878C1">
      <w:pPr>
        <w:pStyle w:val="aa"/>
        <w:numPr>
          <w:ilvl w:val="0"/>
          <w:numId w:val="12"/>
        </w:numPr>
        <w:rPr>
          <w:sz w:val="24"/>
          <w:szCs w:val="24"/>
        </w:rPr>
      </w:pPr>
      <w:proofErr w:type="spellStart"/>
      <w:r w:rsidRPr="00BA5320">
        <w:rPr>
          <w:b/>
          <w:sz w:val="24"/>
          <w:szCs w:val="24"/>
        </w:rPr>
        <w:t>企业真实性</w:t>
      </w:r>
      <w:proofErr w:type="spellEnd"/>
      <w:r w:rsidRPr="00BA5320">
        <w:rPr>
          <w:b/>
          <w:sz w:val="24"/>
          <w:szCs w:val="24"/>
        </w:rPr>
        <w:t>：</w:t>
      </w:r>
      <w:r w:rsidR="00BA5320" w:rsidRPr="00BA5320">
        <w:rPr>
          <w:sz w:val="24"/>
          <w:szCs w:val="24"/>
        </w:rPr>
        <w:t xml:space="preserve"> </w:t>
      </w:r>
      <w:r w:rsidRPr="00BA5320">
        <w:rPr>
          <w:sz w:val="24"/>
          <w:szCs w:val="24"/>
        </w:rPr>
        <w:t>2004年11月18日成立，法定代表人徐春杰，在营企业，注册资本10018万元（实缴10018万元）</w:t>
      </w:r>
    </w:p>
    <w:p w:rsidR="002C538E" w:rsidRPr="00BA5320" w:rsidRDefault="0020597E" w:rsidP="006878C1">
      <w:pPr>
        <w:pStyle w:val="aa"/>
        <w:numPr>
          <w:ilvl w:val="0"/>
          <w:numId w:val="12"/>
        </w:numPr>
        <w:rPr>
          <w:sz w:val="24"/>
          <w:szCs w:val="24"/>
        </w:rPr>
      </w:pPr>
      <w:r w:rsidRPr="00BA5320">
        <w:rPr>
          <w:b/>
          <w:sz w:val="24"/>
          <w:szCs w:val="24"/>
        </w:rPr>
        <w:t>人员规模：</w:t>
      </w:r>
      <w:r w:rsidRPr="00BA5320">
        <w:rPr>
          <w:sz w:val="24"/>
          <w:szCs w:val="24"/>
        </w:rPr>
        <w:t>200-299人（参保270人）</w:t>
      </w:r>
    </w:p>
    <w:p w:rsidR="00BA5320" w:rsidRDefault="0020597E" w:rsidP="00BA5320">
      <w:pPr>
        <w:pStyle w:val="aa"/>
        <w:numPr>
          <w:ilvl w:val="0"/>
          <w:numId w:val="12"/>
        </w:numPr>
        <w:rPr>
          <w:rFonts w:hint="eastAsia"/>
          <w:sz w:val="24"/>
          <w:szCs w:val="24"/>
        </w:rPr>
      </w:pPr>
      <w:proofErr w:type="spellStart"/>
      <w:r w:rsidRPr="00BA5320">
        <w:rPr>
          <w:b/>
          <w:sz w:val="24"/>
          <w:szCs w:val="24"/>
        </w:rPr>
        <w:t>地址：</w:t>
      </w:r>
      <w:r w:rsidRPr="00BA5320">
        <w:rPr>
          <w:sz w:val="24"/>
          <w:szCs w:val="24"/>
        </w:rPr>
        <w:t>安徽省桐城经济技术开发区和平东路与同祥南路交汇处</w:t>
      </w:r>
      <w:proofErr w:type="spellEnd"/>
    </w:p>
    <w:p w:rsidR="00BA5320" w:rsidRPr="00BA5320" w:rsidRDefault="0020597E" w:rsidP="00BA5320">
      <w:pPr>
        <w:pStyle w:val="aa"/>
        <w:numPr>
          <w:ilvl w:val="0"/>
          <w:numId w:val="12"/>
        </w:numPr>
        <w:rPr>
          <w:sz w:val="24"/>
          <w:szCs w:val="24"/>
        </w:rPr>
      </w:pPr>
      <w:proofErr w:type="spellStart"/>
      <w:r w:rsidRPr="00BA5320">
        <w:rPr>
          <w:b/>
          <w:sz w:val="24"/>
          <w:szCs w:val="24"/>
        </w:rPr>
        <w:t>厂房面积</w:t>
      </w:r>
      <w:proofErr w:type="spellEnd"/>
      <w:r w:rsidRPr="00BA5320">
        <w:rPr>
          <w:b/>
          <w:sz w:val="24"/>
          <w:szCs w:val="24"/>
        </w:rPr>
        <w:t>：</w:t>
      </w:r>
      <w:r w:rsidR="00BA5320" w:rsidRPr="00BA5320">
        <w:rPr>
          <w:sz w:val="24"/>
          <w:szCs w:val="24"/>
        </w:rPr>
        <w:t>厂区占地 100000㎡，厂房总建筑面积 75000㎡，大带宽带式输送机专用生产车间、智能喷涂线、整机模拟测试区、产学研联合实验室配套齐全。</w:t>
      </w:r>
    </w:p>
    <w:p w:rsidR="002C538E" w:rsidRPr="00BA5320" w:rsidRDefault="0020597E" w:rsidP="006878C1">
      <w:pPr>
        <w:pStyle w:val="aa"/>
        <w:numPr>
          <w:ilvl w:val="0"/>
          <w:numId w:val="12"/>
        </w:numPr>
        <w:rPr>
          <w:sz w:val="24"/>
          <w:szCs w:val="24"/>
        </w:rPr>
      </w:pPr>
      <w:proofErr w:type="spellStart"/>
      <w:r w:rsidRPr="00BA5320">
        <w:rPr>
          <w:b/>
          <w:sz w:val="24"/>
          <w:szCs w:val="24"/>
        </w:rPr>
        <w:t>企业资质</w:t>
      </w:r>
      <w:proofErr w:type="spellEnd"/>
      <w:r w:rsidRPr="00BA5320">
        <w:rPr>
          <w:b/>
          <w:sz w:val="24"/>
          <w:szCs w:val="24"/>
        </w:rPr>
        <w:t>：</w:t>
      </w:r>
      <w:r w:rsidR="00BA5320" w:rsidRPr="00BA5320">
        <w:rPr>
          <w:sz w:val="24"/>
          <w:szCs w:val="24"/>
        </w:rPr>
        <w:t xml:space="preserve"> </w:t>
      </w:r>
      <w:r w:rsidRPr="00BA5320">
        <w:rPr>
          <w:sz w:val="24"/>
          <w:szCs w:val="24"/>
        </w:rPr>
        <w:t>20年+输送设备制造经验，</w:t>
      </w:r>
      <w:r w:rsidR="00BA5320" w:rsidRPr="00BA5320">
        <w:rPr>
          <w:sz w:val="24"/>
          <w:szCs w:val="24"/>
        </w:rPr>
        <w:t xml:space="preserve"> ISO9001/14001/45001质量体系认证、知识产权管理体系、130 </w:t>
      </w:r>
      <w:proofErr w:type="spellStart"/>
      <w:r w:rsidR="00BA5320" w:rsidRPr="00BA5320">
        <w:rPr>
          <w:sz w:val="24"/>
          <w:szCs w:val="24"/>
        </w:rPr>
        <w:t>余项煤矿</w:t>
      </w:r>
      <w:proofErr w:type="spellEnd"/>
      <w:r w:rsidR="00BA5320" w:rsidRPr="00BA5320">
        <w:rPr>
          <w:sz w:val="24"/>
          <w:szCs w:val="24"/>
        </w:rPr>
        <w:t xml:space="preserve"> MA 安标、70 余项输送设备专利</w:t>
      </w:r>
      <w:r w:rsidR="00BA5320">
        <w:rPr>
          <w:sz w:val="24"/>
          <w:szCs w:val="24"/>
        </w:rPr>
        <w:t>，</w:t>
      </w:r>
      <w:r w:rsidR="00BA5320" w:rsidRPr="00BA5320">
        <w:rPr>
          <w:sz w:val="24"/>
          <w:szCs w:val="24"/>
        </w:rPr>
        <w:t>CE 自我声明认证</w:t>
      </w:r>
    </w:p>
    <w:p w:rsidR="002C538E" w:rsidRPr="00BA5320" w:rsidRDefault="0020597E" w:rsidP="00BA5320">
      <w:pPr>
        <w:pStyle w:val="aa"/>
        <w:numPr>
          <w:ilvl w:val="0"/>
          <w:numId w:val="12"/>
        </w:numPr>
        <w:rPr>
          <w:sz w:val="24"/>
          <w:szCs w:val="24"/>
        </w:rPr>
      </w:pPr>
      <w:r w:rsidRPr="00BA5320">
        <w:rPr>
          <w:b/>
          <w:sz w:val="24"/>
          <w:szCs w:val="24"/>
        </w:rPr>
        <w:t>联系方式：</w:t>
      </w:r>
      <w:r w:rsidRPr="00BA5320">
        <w:rPr>
          <w:sz w:val="24"/>
          <w:szCs w:val="24"/>
        </w:rPr>
        <w:t>电话：</w:t>
      </w:r>
      <w:r w:rsidR="00BD33D1" w:rsidRPr="00BA5320">
        <w:rPr>
          <w:sz w:val="24"/>
          <w:szCs w:val="24"/>
        </w:rPr>
        <w:t>05566203328，13866615272 13805660267，13955653777，邮箱：webmaster@ex.net.cn</w:t>
      </w:r>
      <w:r w:rsidRPr="00BA5320">
        <w:rPr>
          <w:sz w:val="24"/>
          <w:szCs w:val="24"/>
        </w:rPr>
        <w:t>官网：www.ys-machine.com</w:t>
      </w:r>
    </w:p>
    <w:p w:rsidR="002C538E" w:rsidRPr="00BA5320" w:rsidRDefault="0020597E" w:rsidP="006878C1">
      <w:pPr>
        <w:pStyle w:val="aa"/>
        <w:numPr>
          <w:ilvl w:val="0"/>
          <w:numId w:val="12"/>
        </w:numPr>
        <w:rPr>
          <w:sz w:val="24"/>
          <w:szCs w:val="24"/>
        </w:rPr>
      </w:pPr>
      <w:proofErr w:type="spellStart"/>
      <w:r w:rsidRPr="00BA5320">
        <w:rPr>
          <w:b/>
          <w:sz w:val="24"/>
          <w:szCs w:val="24"/>
        </w:rPr>
        <w:t>核心产品：</w:t>
      </w:r>
      <w:r w:rsidRPr="00BA5320">
        <w:rPr>
          <w:sz w:val="24"/>
          <w:szCs w:val="24"/>
        </w:rPr>
        <w:t>带式输送机、斗式提升机、螺旋输送机、刮板输送机、链式输送机等物料搬运装备及配件</w:t>
      </w:r>
      <w:proofErr w:type="spellEnd"/>
    </w:p>
    <w:p w:rsidR="002C538E" w:rsidRPr="00BA5320" w:rsidRDefault="0020597E" w:rsidP="006878C1">
      <w:pPr>
        <w:pStyle w:val="aa"/>
        <w:numPr>
          <w:ilvl w:val="0"/>
          <w:numId w:val="12"/>
        </w:numPr>
        <w:rPr>
          <w:sz w:val="24"/>
          <w:szCs w:val="24"/>
        </w:rPr>
      </w:pPr>
      <w:r w:rsidRPr="00BA5320">
        <w:rPr>
          <w:b/>
          <w:sz w:val="24"/>
          <w:szCs w:val="24"/>
        </w:rPr>
        <w:t>技术特点：</w:t>
      </w:r>
      <w:r w:rsidRPr="00BA5320">
        <w:rPr>
          <w:sz w:val="24"/>
          <w:szCs w:val="24"/>
        </w:rPr>
        <w:t>矿山与建材输送专家，产品结构坚固耐用，适应高温、高粉尘等恶劣工况；具备完善的检测手段，产品性能稳定；可根据客户工况提供定制化设计方案</w:t>
      </w:r>
    </w:p>
    <w:p w:rsidR="002C538E" w:rsidRPr="00BA5320" w:rsidRDefault="0020597E" w:rsidP="006878C1">
      <w:pPr>
        <w:pStyle w:val="aa"/>
        <w:numPr>
          <w:ilvl w:val="0"/>
          <w:numId w:val="12"/>
        </w:numPr>
        <w:rPr>
          <w:sz w:val="24"/>
          <w:szCs w:val="24"/>
        </w:rPr>
      </w:pPr>
      <w:r w:rsidRPr="00BA5320">
        <w:rPr>
          <w:b/>
          <w:sz w:val="24"/>
          <w:szCs w:val="24"/>
        </w:rPr>
        <w:t>出口信息：</w:t>
      </w:r>
      <w:r w:rsidRPr="00BA5320">
        <w:rPr>
          <w:sz w:val="24"/>
          <w:szCs w:val="24"/>
        </w:rPr>
        <w:t>产品出口东南亚、中东、非洲等地区，一般贸易方式，CE认证</w:t>
      </w:r>
    </w:p>
    <w:p w:rsidR="002C538E" w:rsidRPr="00BA5320" w:rsidRDefault="0020597E" w:rsidP="006878C1">
      <w:pPr>
        <w:pStyle w:val="aa"/>
        <w:numPr>
          <w:ilvl w:val="0"/>
          <w:numId w:val="12"/>
        </w:numPr>
        <w:rPr>
          <w:sz w:val="24"/>
          <w:szCs w:val="24"/>
        </w:rPr>
      </w:pPr>
      <w:r w:rsidRPr="00BA5320">
        <w:rPr>
          <w:b/>
          <w:sz w:val="24"/>
          <w:szCs w:val="24"/>
        </w:rPr>
        <w:t>海关编码：</w:t>
      </w:r>
      <w:r w:rsidRPr="00BA5320">
        <w:rPr>
          <w:sz w:val="24"/>
          <w:szCs w:val="24"/>
        </w:rPr>
        <w:t>主要归类：84283300（其他带式连续运货升降、输送机）</w:t>
      </w:r>
    </w:p>
    <w:p w:rsidR="002C538E" w:rsidRPr="00BA5320" w:rsidRDefault="0020597E" w:rsidP="006878C1">
      <w:pPr>
        <w:pStyle w:val="aa"/>
        <w:numPr>
          <w:ilvl w:val="0"/>
          <w:numId w:val="12"/>
        </w:numPr>
        <w:rPr>
          <w:sz w:val="24"/>
          <w:szCs w:val="24"/>
        </w:rPr>
      </w:pPr>
      <w:r w:rsidRPr="00BA5320">
        <w:rPr>
          <w:b/>
          <w:sz w:val="24"/>
          <w:szCs w:val="24"/>
        </w:rPr>
        <w:t>价格参考：</w:t>
      </w:r>
      <w:r w:rsidRPr="00BA5320">
        <w:rPr>
          <w:sz w:val="24"/>
          <w:szCs w:val="24"/>
        </w:rPr>
        <w:t>标准皮带输送机约3-30万元/台套，中型输送系统约30-100万元/项目</w:t>
      </w:r>
    </w:p>
    <w:p w:rsidR="0035459A" w:rsidRDefault="0020597E" w:rsidP="0035459A">
      <w:pPr>
        <w:pStyle w:val="aa"/>
        <w:numPr>
          <w:ilvl w:val="0"/>
          <w:numId w:val="12"/>
        </w:numPr>
        <w:rPr>
          <w:rFonts w:hint="eastAsia"/>
          <w:sz w:val="24"/>
          <w:szCs w:val="24"/>
        </w:rPr>
      </w:pPr>
      <w:r w:rsidRPr="00BA5320">
        <w:rPr>
          <w:b/>
          <w:sz w:val="24"/>
          <w:szCs w:val="24"/>
        </w:rPr>
        <w:t>生产周期：</w:t>
      </w:r>
      <w:r w:rsidRPr="00BA5320">
        <w:rPr>
          <w:sz w:val="24"/>
          <w:szCs w:val="24"/>
        </w:rPr>
        <w:t>标准设备15-30天，定制设备30-60天</w:t>
      </w:r>
    </w:p>
    <w:p w:rsidR="0035459A" w:rsidRPr="0035459A" w:rsidRDefault="0035459A" w:rsidP="0035459A">
      <w:pPr>
        <w:pStyle w:val="aa"/>
        <w:numPr>
          <w:ilvl w:val="0"/>
          <w:numId w:val="12"/>
        </w:numPr>
        <w:rPr>
          <w:rFonts w:hint="eastAsia"/>
          <w:sz w:val="24"/>
          <w:szCs w:val="24"/>
        </w:rPr>
      </w:pPr>
      <w:proofErr w:type="spellStart"/>
      <w:r w:rsidRPr="0035459A">
        <w:rPr>
          <w:b/>
          <w:sz w:val="24"/>
          <w:szCs w:val="24"/>
        </w:rPr>
        <w:t>海关物流周期</w:t>
      </w:r>
      <w:proofErr w:type="spellEnd"/>
      <w:r w:rsidRPr="0035459A">
        <w:rPr>
          <w:rFonts w:hint="eastAsia"/>
          <w:sz w:val="24"/>
          <w:szCs w:val="24"/>
        </w:rPr>
        <w:t>：</w:t>
      </w:r>
      <w:proofErr w:type="spellStart"/>
      <w:r w:rsidRPr="0035459A">
        <w:rPr>
          <w:sz w:val="24"/>
          <w:szCs w:val="24"/>
        </w:rPr>
        <w:t>桐城内陆转运上海港增加</w:t>
      </w:r>
      <w:proofErr w:type="spellEnd"/>
      <w:r w:rsidRPr="0035459A">
        <w:rPr>
          <w:sz w:val="24"/>
          <w:szCs w:val="24"/>
        </w:rPr>
        <w:t xml:space="preserve"> 2–3 </w:t>
      </w:r>
      <w:proofErr w:type="spellStart"/>
      <w:r w:rsidRPr="0035459A">
        <w:rPr>
          <w:sz w:val="24"/>
          <w:szCs w:val="24"/>
        </w:rPr>
        <w:t>天；海运欧美</w:t>
      </w:r>
      <w:proofErr w:type="spellEnd"/>
      <w:r w:rsidRPr="0035459A">
        <w:rPr>
          <w:sz w:val="24"/>
          <w:szCs w:val="24"/>
        </w:rPr>
        <w:t xml:space="preserve"> 25–45 </w:t>
      </w:r>
      <w:proofErr w:type="spellStart"/>
      <w:r w:rsidRPr="0035459A">
        <w:rPr>
          <w:sz w:val="24"/>
          <w:szCs w:val="24"/>
        </w:rPr>
        <w:t>天、东南亚</w:t>
      </w:r>
      <w:proofErr w:type="spellEnd"/>
      <w:r w:rsidRPr="0035459A">
        <w:rPr>
          <w:sz w:val="24"/>
          <w:szCs w:val="24"/>
        </w:rPr>
        <w:t xml:space="preserve"> 7–20 </w:t>
      </w:r>
      <w:proofErr w:type="spellStart"/>
      <w:r w:rsidRPr="0035459A">
        <w:rPr>
          <w:sz w:val="24"/>
          <w:szCs w:val="24"/>
        </w:rPr>
        <w:t>天、非洲南美</w:t>
      </w:r>
      <w:proofErr w:type="spellEnd"/>
      <w:r w:rsidRPr="0035459A">
        <w:rPr>
          <w:sz w:val="24"/>
          <w:szCs w:val="24"/>
        </w:rPr>
        <w:t xml:space="preserve"> 30–49 </w:t>
      </w:r>
      <w:proofErr w:type="spellStart"/>
      <w:r w:rsidRPr="0035459A">
        <w:rPr>
          <w:sz w:val="24"/>
          <w:szCs w:val="24"/>
        </w:rPr>
        <w:t>天；空运</w:t>
      </w:r>
      <w:proofErr w:type="spellEnd"/>
      <w:r w:rsidRPr="0035459A">
        <w:rPr>
          <w:sz w:val="24"/>
          <w:szCs w:val="24"/>
        </w:rPr>
        <w:t xml:space="preserve"> 7–14 天</w:t>
      </w:r>
    </w:p>
    <w:p w:rsidR="002C538E" w:rsidRPr="00BA5320" w:rsidRDefault="0020597E" w:rsidP="006878C1">
      <w:pPr>
        <w:pStyle w:val="aa"/>
        <w:numPr>
          <w:ilvl w:val="0"/>
          <w:numId w:val="12"/>
        </w:numPr>
        <w:rPr>
          <w:sz w:val="24"/>
          <w:szCs w:val="24"/>
        </w:rPr>
      </w:pPr>
      <w:proofErr w:type="spellStart"/>
      <w:r w:rsidRPr="00BA5320">
        <w:rPr>
          <w:b/>
          <w:sz w:val="24"/>
          <w:szCs w:val="24"/>
        </w:rPr>
        <w:t>行业地位：</w:t>
      </w:r>
      <w:r w:rsidRPr="00BA5320">
        <w:rPr>
          <w:sz w:val="24"/>
          <w:szCs w:val="24"/>
        </w:rPr>
        <w:t>华东地区规模较大的输送设备制造商，建材、矿山行业市场占有率较高，性价比突出</w:t>
      </w:r>
      <w:proofErr w:type="spellEnd"/>
    </w:p>
    <w:p w:rsidR="002C538E" w:rsidRDefault="002C538E"/>
    <w:p w:rsidR="002C538E" w:rsidRDefault="0020597E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4114800" cy="4114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ngsheng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38E" w:rsidRDefault="0020597E">
      <w:pPr>
        <w:jc w:val="center"/>
      </w:pPr>
      <w:r>
        <w:rPr>
          <w:color w:val="646464"/>
          <w:sz w:val="18"/>
        </w:rPr>
        <w:t>图：重型移动式皮带输送机（安徽永生同类型产品参考）</w:t>
      </w:r>
    </w:p>
    <w:p w:rsidR="002C538E" w:rsidRDefault="002C538E"/>
    <w:p w:rsidR="002C538E" w:rsidRDefault="002C538E"/>
    <w:p w:rsidR="002C538E" w:rsidRDefault="0020597E">
      <w:pPr>
        <w:pStyle w:val="21"/>
      </w:pPr>
      <w:r>
        <w:rPr>
          <w:rFonts w:ascii="黑体" w:eastAsia="黑体" w:hAnsi="黑体"/>
          <w:sz w:val="28"/>
        </w:rPr>
        <w:t>4. 无锡市春雷输送机械厂有限公司</w:t>
      </w:r>
    </w:p>
    <w:p w:rsidR="002C538E" w:rsidRPr="00310004" w:rsidRDefault="0020597E" w:rsidP="006878C1">
      <w:pPr>
        <w:pStyle w:val="aa"/>
        <w:numPr>
          <w:ilvl w:val="0"/>
          <w:numId w:val="13"/>
        </w:numPr>
        <w:rPr>
          <w:sz w:val="24"/>
          <w:szCs w:val="24"/>
        </w:rPr>
      </w:pPr>
      <w:r w:rsidRPr="00310004">
        <w:rPr>
          <w:b/>
          <w:sz w:val="24"/>
          <w:szCs w:val="24"/>
        </w:rPr>
        <w:t>企业真实性：</w:t>
      </w:r>
      <w:r w:rsidRPr="00310004">
        <w:rPr>
          <w:sz w:val="24"/>
          <w:szCs w:val="24"/>
        </w:rPr>
        <w:t>1988年3月20日成立，法定代表人蒋义庆，在营企业，注册资本1100万元（实缴1100万元）</w:t>
      </w:r>
    </w:p>
    <w:p w:rsidR="002C538E" w:rsidRPr="00310004" w:rsidRDefault="0020597E" w:rsidP="006878C1">
      <w:pPr>
        <w:pStyle w:val="aa"/>
        <w:numPr>
          <w:ilvl w:val="0"/>
          <w:numId w:val="13"/>
        </w:numPr>
        <w:rPr>
          <w:sz w:val="24"/>
          <w:szCs w:val="24"/>
        </w:rPr>
      </w:pPr>
      <w:r w:rsidRPr="00310004">
        <w:rPr>
          <w:b/>
          <w:sz w:val="24"/>
          <w:szCs w:val="24"/>
        </w:rPr>
        <w:t>人员规模：</w:t>
      </w:r>
      <w:r w:rsidRPr="00310004">
        <w:rPr>
          <w:sz w:val="24"/>
          <w:szCs w:val="24"/>
        </w:rPr>
        <w:t>少于50人（参保21人），专业输送设备出口团队</w:t>
      </w:r>
    </w:p>
    <w:p w:rsidR="00310004" w:rsidRDefault="0020597E" w:rsidP="00310004">
      <w:pPr>
        <w:pStyle w:val="aa"/>
        <w:numPr>
          <w:ilvl w:val="0"/>
          <w:numId w:val="13"/>
        </w:numPr>
        <w:rPr>
          <w:rFonts w:hint="eastAsia"/>
          <w:sz w:val="24"/>
          <w:szCs w:val="24"/>
        </w:rPr>
      </w:pPr>
      <w:r w:rsidRPr="00310004">
        <w:rPr>
          <w:b/>
          <w:sz w:val="24"/>
          <w:szCs w:val="24"/>
        </w:rPr>
        <w:t>地址：</w:t>
      </w:r>
      <w:r w:rsidRPr="00310004">
        <w:rPr>
          <w:sz w:val="24"/>
          <w:szCs w:val="24"/>
        </w:rPr>
        <w:t>江苏省无锡市新吴区湘江路2-2-903、904</w:t>
      </w:r>
    </w:p>
    <w:p w:rsidR="00310004" w:rsidRPr="00310004" w:rsidRDefault="0020597E" w:rsidP="00310004">
      <w:pPr>
        <w:pStyle w:val="aa"/>
        <w:numPr>
          <w:ilvl w:val="0"/>
          <w:numId w:val="13"/>
        </w:numPr>
        <w:rPr>
          <w:sz w:val="24"/>
          <w:szCs w:val="24"/>
        </w:rPr>
      </w:pPr>
      <w:proofErr w:type="spellStart"/>
      <w:r w:rsidRPr="00310004">
        <w:rPr>
          <w:b/>
          <w:sz w:val="24"/>
          <w:szCs w:val="24"/>
        </w:rPr>
        <w:t>厂房面积</w:t>
      </w:r>
      <w:proofErr w:type="spellEnd"/>
      <w:r w:rsidRPr="00310004">
        <w:rPr>
          <w:b/>
          <w:sz w:val="24"/>
          <w:szCs w:val="24"/>
        </w:rPr>
        <w:t>：</w:t>
      </w:r>
      <w:r w:rsidR="00310004" w:rsidRPr="00310004">
        <w:rPr>
          <w:sz w:val="24"/>
          <w:szCs w:val="24"/>
        </w:rPr>
        <w:t>生产厂区占地 15000㎡，实际生产车间建筑面积 5200㎡，配备数控精加工中心、焊接装配、污泥输送设备专用调试工位、成品仓储区。</w:t>
      </w:r>
    </w:p>
    <w:p w:rsidR="002C538E" w:rsidRPr="00310004" w:rsidRDefault="0020597E" w:rsidP="006878C1">
      <w:pPr>
        <w:pStyle w:val="aa"/>
        <w:numPr>
          <w:ilvl w:val="0"/>
          <w:numId w:val="13"/>
        </w:numPr>
        <w:rPr>
          <w:sz w:val="24"/>
          <w:szCs w:val="24"/>
        </w:rPr>
      </w:pPr>
      <w:r w:rsidRPr="00310004">
        <w:rPr>
          <w:b/>
          <w:sz w:val="24"/>
          <w:szCs w:val="24"/>
        </w:rPr>
        <w:t>企业资质：</w:t>
      </w:r>
      <w:r w:rsidRPr="00310004">
        <w:rPr>
          <w:sz w:val="24"/>
          <w:szCs w:val="24"/>
        </w:rPr>
        <w:t>35年+输送机械制造经验，出口型企业，CE认证，ISO9001质量体系认证</w:t>
      </w:r>
      <w:r w:rsidR="00310004">
        <w:rPr>
          <w:sz w:val="24"/>
          <w:szCs w:val="24"/>
        </w:rPr>
        <w:t>，</w:t>
      </w:r>
      <w:r w:rsidR="00310004" w:rsidRPr="00310004">
        <w:rPr>
          <w:sz w:val="24"/>
          <w:szCs w:val="24"/>
        </w:rPr>
        <w:t>CE 基础安全认证</w:t>
      </w:r>
    </w:p>
    <w:p w:rsidR="002C538E" w:rsidRPr="00310004" w:rsidRDefault="0020597E" w:rsidP="00310004">
      <w:pPr>
        <w:pStyle w:val="aa"/>
        <w:numPr>
          <w:ilvl w:val="0"/>
          <w:numId w:val="13"/>
        </w:numPr>
        <w:rPr>
          <w:sz w:val="24"/>
          <w:szCs w:val="24"/>
        </w:rPr>
      </w:pPr>
      <w:r w:rsidRPr="00310004">
        <w:rPr>
          <w:b/>
          <w:sz w:val="24"/>
          <w:szCs w:val="24"/>
        </w:rPr>
        <w:t>联系方式：</w:t>
      </w:r>
      <w:r w:rsidRPr="00310004">
        <w:rPr>
          <w:sz w:val="24"/>
          <w:szCs w:val="24"/>
        </w:rPr>
        <w:t>电话：0510-85214984，</w:t>
      </w:r>
      <w:r w:rsidR="00BD33D1" w:rsidRPr="00310004">
        <w:rPr>
          <w:sz w:val="24"/>
          <w:szCs w:val="24"/>
        </w:rPr>
        <w:t>13706199709，13585043756，13584184346</w:t>
      </w:r>
      <w:r w:rsidR="00310004">
        <w:rPr>
          <w:rFonts w:hint="eastAsia"/>
          <w:sz w:val="24"/>
          <w:szCs w:val="24"/>
          <w:lang w:eastAsia="zh-CN"/>
        </w:rPr>
        <w:t>，</w:t>
      </w:r>
      <w:r w:rsidRPr="00310004">
        <w:rPr>
          <w:sz w:val="24"/>
          <w:szCs w:val="24"/>
        </w:rPr>
        <w:t>邮箱：wxcl@chunlei.cn，官网：www.wxchunlei.cn</w:t>
      </w:r>
    </w:p>
    <w:p w:rsidR="002C538E" w:rsidRPr="00310004" w:rsidRDefault="0020597E" w:rsidP="006878C1">
      <w:pPr>
        <w:pStyle w:val="aa"/>
        <w:numPr>
          <w:ilvl w:val="0"/>
          <w:numId w:val="13"/>
        </w:numPr>
        <w:rPr>
          <w:sz w:val="24"/>
          <w:szCs w:val="24"/>
        </w:rPr>
      </w:pPr>
      <w:proofErr w:type="spellStart"/>
      <w:r w:rsidRPr="00310004">
        <w:rPr>
          <w:b/>
          <w:sz w:val="24"/>
          <w:szCs w:val="24"/>
        </w:rPr>
        <w:t>核心产品：</w:t>
      </w:r>
      <w:r w:rsidRPr="00310004">
        <w:rPr>
          <w:sz w:val="24"/>
          <w:szCs w:val="24"/>
        </w:rPr>
        <w:t>带式输送机、移动输送机、螺旋输送机、斗式提升机、输送机械配件等</w:t>
      </w:r>
      <w:proofErr w:type="spellEnd"/>
    </w:p>
    <w:p w:rsidR="002C538E" w:rsidRPr="00310004" w:rsidRDefault="0020597E" w:rsidP="006878C1">
      <w:pPr>
        <w:pStyle w:val="aa"/>
        <w:numPr>
          <w:ilvl w:val="0"/>
          <w:numId w:val="13"/>
        </w:numPr>
        <w:rPr>
          <w:sz w:val="24"/>
          <w:szCs w:val="24"/>
        </w:rPr>
      </w:pPr>
      <w:r w:rsidRPr="00310004">
        <w:rPr>
          <w:b/>
          <w:sz w:val="24"/>
          <w:szCs w:val="24"/>
        </w:rPr>
        <w:lastRenderedPageBreak/>
        <w:t>技术特点：</w:t>
      </w:r>
      <w:r w:rsidRPr="00310004">
        <w:rPr>
          <w:sz w:val="24"/>
          <w:szCs w:val="24"/>
        </w:rPr>
        <w:t>专注出口型输送设备设计制造，产品符合国际标准；移动式输送机设计灵活，可升降可移动，适应多种装卸场景；皮带宽度、长度、角度均可定制</w:t>
      </w:r>
    </w:p>
    <w:p w:rsidR="002C538E" w:rsidRPr="00310004" w:rsidRDefault="0020597E" w:rsidP="006878C1">
      <w:pPr>
        <w:pStyle w:val="aa"/>
        <w:numPr>
          <w:ilvl w:val="0"/>
          <w:numId w:val="13"/>
        </w:numPr>
        <w:rPr>
          <w:sz w:val="24"/>
          <w:szCs w:val="24"/>
        </w:rPr>
      </w:pPr>
      <w:r w:rsidRPr="00310004">
        <w:rPr>
          <w:b/>
          <w:sz w:val="24"/>
          <w:szCs w:val="24"/>
        </w:rPr>
        <w:t>出口信息：</w:t>
      </w:r>
      <w:r w:rsidRPr="00310004">
        <w:rPr>
          <w:sz w:val="24"/>
          <w:szCs w:val="24"/>
        </w:rPr>
        <w:t>产品出口美国、日本、埃及、菲律宾、印尼、马来西亚等全球30+国家，一般贸易方式，CE认证，30年+出口经验</w:t>
      </w:r>
    </w:p>
    <w:p w:rsidR="002C538E" w:rsidRPr="00310004" w:rsidRDefault="0020597E" w:rsidP="006878C1">
      <w:pPr>
        <w:pStyle w:val="aa"/>
        <w:numPr>
          <w:ilvl w:val="0"/>
          <w:numId w:val="13"/>
        </w:numPr>
        <w:rPr>
          <w:sz w:val="24"/>
          <w:szCs w:val="24"/>
        </w:rPr>
      </w:pPr>
      <w:r w:rsidRPr="00310004">
        <w:rPr>
          <w:b/>
          <w:sz w:val="24"/>
          <w:szCs w:val="24"/>
        </w:rPr>
        <w:t>海关编码：</w:t>
      </w:r>
      <w:r w:rsidRPr="00310004">
        <w:rPr>
          <w:sz w:val="24"/>
          <w:szCs w:val="24"/>
        </w:rPr>
        <w:t>主要归类：84283300（其他带式连续运货升降、输送机）</w:t>
      </w:r>
    </w:p>
    <w:p w:rsidR="002C538E" w:rsidRPr="00310004" w:rsidRDefault="0020597E" w:rsidP="006878C1">
      <w:pPr>
        <w:pStyle w:val="aa"/>
        <w:numPr>
          <w:ilvl w:val="0"/>
          <w:numId w:val="13"/>
        </w:numPr>
        <w:rPr>
          <w:sz w:val="24"/>
          <w:szCs w:val="24"/>
        </w:rPr>
      </w:pPr>
      <w:r w:rsidRPr="00310004">
        <w:rPr>
          <w:b/>
          <w:sz w:val="24"/>
          <w:szCs w:val="24"/>
        </w:rPr>
        <w:t>价格参考：</w:t>
      </w:r>
      <w:r w:rsidRPr="00310004">
        <w:rPr>
          <w:sz w:val="24"/>
          <w:szCs w:val="24"/>
        </w:rPr>
        <w:t>移动式皮带输送机约0.5-5万元/台，固定式输送机约2-20万元/台套</w:t>
      </w:r>
    </w:p>
    <w:p w:rsidR="00310004" w:rsidRDefault="0020597E" w:rsidP="00310004">
      <w:pPr>
        <w:pStyle w:val="aa"/>
        <w:numPr>
          <w:ilvl w:val="0"/>
          <w:numId w:val="13"/>
        </w:numPr>
        <w:rPr>
          <w:rFonts w:hint="eastAsia"/>
          <w:sz w:val="24"/>
          <w:szCs w:val="24"/>
        </w:rPr>
      </w:pPr>
      <w:r w:rsidRPr="00310004">
        <w:rPr>
          <w:b/>
          <w:sz w:val="24"/>
          <w:szCs w:val="24"/>
        </w:rPr>
        <w:t>生产周期：</w:t>
      </w:r>
      <w:r w:rsidRPr="00310004">
        <w:rPr>
          <w:sz w:val="24"/>
          <w:szCs w:val="24"/>
        </w:rPr>
        <w:t>标准设备7-15天，定制设备15-30</w:t>
      </w:r>
      <w:r w:rsidR="00310004">
        <w:rPr>
          <w:sz w:val="24"/>
          <w:szCs w:val="24"/>
        </w:rPr>
        <w:t>天</w:t>
      </w:r>
    </w:p>
    <w:p w:rsidR="00310004" w:rsidRPr="00310004" w:rsidRDefault="00310004" w:rsidP="00310004">
      <w:pPr>
        <w:pStyle w:val="aa"/>
        <w:numPr>
          <w:ilvl w:val="0"/>
          <w:numId w:val="13"/>
        </w:numPr>
        <w:rPr>
          <w:rFonts w:hint="eastAsia"/>
          <w:sz w:val="24"/>
          <w:szCs w:val="24"/>
        </w:rPr>
      </w:pPr>
      <w:proofErr w:type="spellStart"/>
      <w:r w:rsidRPr="00310004">
        <w:rPr>
          <w:b/>
          <w:sz w:val="24"/>
          <w:szCs w:val="24"/>
        </w:rPr>
        <w:t>海关物流周期</w:t>
      </w:r>
      <w:r w:rsidRPr="00310004">
        <w:rPr>
          <w:rFonts w:hint="eastAsia"/>
          <w:sz w:val="24"/>
          <w:szCs w:val="24"/>
        </w:rPr>
        <w:t>：</w:t>
      </w:r>
      <w:r w:rsidRPr="00310004">
        <w:rPr>
          <w:sz w:val="24"/>
          <w:szCs w:val="24"/>
        </w:rPr>
        <w:t>海运欧美</w:t>
      </w:r>
      <w:proofErr w:type="spellEnd"/>
      <w:r w:rsidRPr="00310004">
        <w:rPr>
          <w:sz w:val="24"/>
          <w:szCs w:val="24"/>
        </w:rPr>
        <w:t xml:space="preserve"> 23–41 </w:t>
      </w:r>
      <w:proofErr w:type="spellStart"/>
      <w:r w:rsidRPr="00310004">
        <w:rPr>
          <w:sz w:val="24"/>
          <w:szCs w:val="24"/>
        </w:rPr>
        <w:t>天、东南亚</w:t>
      </w:r>
      <w:proofErr w:type="spellEnd"/>
      <w:r w:rsidRPr="00310004">
        <w:rPr>
          <w:sz w:val="24"/>
          <w:szCs w:val="24"/>
        </w:rPr>
        <w:t xml:space="preserve"> 7–19 </w:t>
      </w:r>
      <w:proofErr w:type="spellStart"/>
      <w:r w:rsidRPr="00310004">
        <w:rPr>
          <w:sz w:val="24"/>
          <w:szCs w:val="24"/>
        </w:rPr>
        <w:t>天、远洋</w:t>
      </w:r>
      <w:proofErr w:type="spellEnd"/>
      <w:r w:rsidRPr="00310004">
        <w:rPr>
          <w:sz w:val="24"/>
          <w:szCs w:val="24"/>
        </w:rPr>
        <w:t xml:space="preserve"> 29–46 </w:t>
      </w:r>
      <w:proofErr w:type="spellStart"/>
      <w:r w:rsidRPr="00310004">
        <w:rPr>
          <w:sz w:val="24"/>
          <w:szCs w:val="24"/>
        </w:rPr>
        <w:t>天；空运</w:t>
      </w:r>
      <w:proofErr w:type="spellEnd"/>
      <w:r w:rsidRPr="00310004">
        <w:rPr>
          <w:sz w:val="24"/>
          <w:szCs w:val="24"/>
        </w:rPr>
        <w:t xml:space="preserve"> 7–13 天；</w:t>
      </w:r>
    </w:p>
    <w:p w:rsidR="002C538E" w:rsidRPr="00310004" w:rsidRDefault="0020597E" w:rsidP="006878C1">
      <w:pPr>
        <w:pStyle w:val="aa"/>
        <w:numPr>
          <w:ilvl w:val="0"/>
          <w:numId w:val="13"/>
        </w:numPr>
        <w:rPr>
          <w:sz w:val="24"/>
          <w:szCs w:val="24"/>
        </w:rPr>
      </w:pPr>
      <w:proofErr w:type="spellStart"/>
      <w:r w:rsidRPr="00310004">
        <w:rPr>
          <w:b/>
          <w:sz w:val="24"/>
          <w:szCs w:val="24"/>
        </w:rPr>
        <w:t>出口优势：</w:t>
      </w:r>
      <w:r w:rsidRPr="00310004">
        <w:rPr>
          <w:sz w:val="24"/>
          <w:szCs w:val="24"/>
        </w:rPr>
        <w:t>外贸服务体系完善，熟悉国际认证标准，支持多语种沟通，海外项目经验丰富</w:t>
      </w:r>
      <w:proofErr w:type="spellEnd"/>
    </w:p>
    <w:p w:rsidR="002C538E" w:rsidRDefault="002C538E"/>
    <w:p w:rsidR="002C538E" w:rsidRDefault="0020597E">
      <w:pPr>
        <w:jc w:val="center"/>
      </w:pPr>
      <w:r>
        <w:rPr>
          <w:noProof/>
          <w:lang w:eastAsia="zh-CN"/>
        </w:rPr>
        <w:drawing>
          <wp:inline distT="0" distB="0" distL="0" distR="0">
            <wp:extent cx="3657600" cy="3657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unlei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38E" w:rsidRPr="00310004" w:rsidRDefault="0020597E">
      <w:pPr>
        <w:jc w:val="center"/>
        <w:rPr>
          <w:szCs w:val="21"/>
        </w:rPr>
      </w:pPr>
      <w:r w:rsidRPr="00310004">
        <w:rPr>
          <w:color w:val="646464"/>
          <w:szCs w:val="21"/>
        </w:rPr>
        <w:t>图：移动式皮带输送机（无锡春雷输送同类型产品参考）</w:t>
      </w:r>
    </w:p>
    <w:p w:rsidR="002C538E" w:rsidRDefault="002C538E"/>
    <w:p w:rsidR="002C538E" w:rsidRDefault="002C538E"/>
    <w:p w:rsidR="002C538E" w:rsidRDefault="0020597E">
      <w:pPr>
        <w:pStyle w:val="21"/>
      </w:pPr>
      <w:r>
        <w:rPr>
          <w:rFonts w:ascii="黑体" w:eastAsia="黑体" w:hAnsi="黑体"/>
          <w:sz w:val="28"/>
        </w:rPr>
        <w:lastRenderedPageBreak/>
        <w:t>5. 湖南成钢输送科技有限公司</w:t>
      </w:r>
    </w:p>
    <w:p w:rsidR="002C538E" w:rsidRPr="005D509D" w:rsidRDefault="0020597E" w:rsidP="006878C1">
      <w:pPr>
        <w:pStyle w:val="aa"/>
        <w:numPr>
          <w:ilvl w:val="0"/>
          <w:numId w:val="14"/>
        </w:numPr>
        <w:rPr>
          <w:sz w:val="24"/>
          <w:szCs w:val="24"/>
        </w:rPr>
      </w:pPr>
      <w:r w:rsidRPr="005D509D">
        <w:rPr>
          <w:b/>
          <w:sz w:val="24"/>
          <w:szCs w:val="24"/>
        </w:rPr>
        <w:t>企业真实性：</w:t>
      </w:r>
      <w:r w:rsidRPr="005D509D">
        <w:rPr>
          <w:sz w:val="24"/>
          <w:szCs w:val="24"/>
        </w:rPr>
        <w:t>创始于1996年，2014年5月7日注册，法定代表人陈炼钢，在营企业，注册资本1690万元（实缴1690万元）</w:t>
      </w:r>
    </w:p>
    <w:p w:rsidR="002C538E" w:rsidRPr="005D509D" w:rsidRDefault="0020597E" w:rsidP="006878C1">
      <w:pPr>
        <w:pStyle w:val="aa"/>
        <w:numPr>
          <w:ilvl w:val="0"/>
          <w:numId w:val="14"/>
        </w:numPr>
        <w:rPr>
          <w:sz w:val="24"/>
          <w:szCs w:val="24"/>
        </w:rPr>
      </w:pPr>
      <w:r w:rsidRPr="005D509D">
        <w:rPr>
          <w:b/>
          <w:sz w:val="24"/>
          <w:szCs w:val="24"/>
        </w:rPr>
        <w:t>人员规模：</w:t>
      </w:r>
      <w:r w:rsidRPr="005D509D">
        <w:rPr>
          <w:sz w:val="24"/>
          <w:szCs w:val="24"/>
        </w:rPr>
        <w:t>少于50人（参保38人），专业技术团队</w:t>
      </w:r>
    </w:p>
    <w:p w:rsidR="005D509D" w:rsidRDefault="0020597E" w:rsidP="005D509D">
      <w:pPr>
        <w:pStyle w:val="aa"/>
        <w:numPr>
          <w:ilvl w:val="0"/>
          <w:numId w:val="14"/>
        </w:numPr>
        <w:rPr>
          <w:rFonts w:hint="eastAsia"/>
          <w:sz w:val="24"/>
          <w:szCs w:val="24"/>
        </w:rPr>
      </w:pPr>
      <w:proofErr w:type="spellStart"/>
      <w:r w:rsidRPr="005D509D">
        <w:rPr>
          <w:b/>
          <w:sz w:val="24"/>
          <w:szCs w:val="24"/>
        </w:rPr>
        <w:t>地址：</w:t>
      </w:r>
      <w:r w:rsidRPr="005D509D">
        <w:rPr>
          <w:sz w:val="24"/>
          <w:szCs w:val="24"/>
        </w:rPr>
        <w:t>湖南省长沙市浏阳市镇头镇环保科技示范园</w:t>
      </w:r>
      <w:proofErr w:type="spellEnd"/>
    </w:p>
    <w:p w:rsidR="002C538E" w:rsidRPr="005D509D" w:rsidRDefault="0020597E" w:rsidP="005D509D">
      <w:pPr>
        <w:pStyle w:val="aa"/>
        <w:numPr>
          <w:ilvl w:val="0"/>
          <w:numId w:val="14"/>
        </w:numPr>
        <w:rPr>
          <w:rFonts w:hint="eastAsia"/>
          <w:sz w:val="24"/>
          <w:szCs w:val="24"/>
        </w:rPr>
      </w:pPr>
      <w:proofErr w:type="spellStart"/>
      <w:r w:rsidRPr="005D509D">
        <w:rPr>
          <w:b/>
          <w:sz w:val="24"/>
          <w:szCs w:val="24"/>
        </w:rPr>
        <w:t>厂房面积</w:t>
      </w:r>
      <w:proofErr w:type="spellEnd"/>
      <w:r w:rsidRPr="005D509D">
        <w:rPr>
          <w:b/>
          <w:sz w:val="24"/>
          <w:szCs w:val="24"/>
        </w:rPr>
        <w:t>：</w:t>
      </w:r>
      <w:r w:rsidR="005D509D" w:rsidRPr="005D509D">
        <w:rPr>
          <w:sz w:val="24"/>
          <w:szCs w:val="24"/>
        </w:rPr>
        <w:t>园区总占地 96000㎡，生产建筑面积 52000㎡，托辊全自动焊接线、滚筒数控加工、激光下料、整机装配、老化测试车间全覆盖湖</w:t>
      </w:r>
    </w:p>
    <w:p w:rsidR="005D509D" w:rsidRPr="005D509D" w:rsidRDefault="0020597E" w:rsidP="006878C1">
      <w:pPr>
        <w:pStyle w:val="aa"/>
        <w:numPr>
          <w:ilvl w:val="0"/>
          <w:numId w:val="14"/>
        </w:numPr>
        <w:rPr>
          <w:rFonts w:hint="eastAsia"/>
          <w:sz w:val="24"/>
          <w:szCs w:val="24"/>
        </w:rPr>
      </w:pPr>
      <w:proofErr w:type="spellStart"/>
      <w:r w:rsidRPr="005D509D">
        <w:rPr>
          <w:b/>
          <w:sz w:val="24"/>
          <w:szCs w:val="24"/>
        </w:rPr>
        <w:t>企业资质</w:t>
      </w:r>
      <w:proofErr w:type="spellEnd"/>
      <w:r w:rsidRPr="005D509D">
        <w:rPr>
          <w:b/>
          <w:sz w:val="24"/>
          <w:szCs w:val="24"/>
        </w:rPr>
        <w:t>：</w:t>
      </w:r>
      <w:r w:rsidR="005D509D" w:rsidRPr="005D509D">
        <w:rPr>
          <w:sz w:val="24"/>
          <w:szCs w:val="24"/>
        </w:rPr>
        <w:t xml:space="preserve"> </w:t>
      </w:r>
      <w:r w:rsidRPr="005D509D">
        <w:rPr>
          <w:sz w:val="24"/>
          <w:szCs w:val="24"/>
        </w:rPr>
        <w:t>28年+行业经验，多项自主知识产权，</w:t>
      </w:r>
      <w:r w:rsidR="005D509D" w:rsidRPr="005D509D">
        <w:rPr>
          <w:sz w:val="24"/>
          <w:szCs w:val="24"/>
        </w:rPr>
        <w:t xml:space="preserve">ISO9001/14001/45001、矿用 MA </w:t>
      </w:r>
      <w:proofErr w:type="spellStart"/>
      <w:r w:rsidR="005D509D" w:rsidRPr="005D509D">
        <w:rPr>
          <w:sz w:val="24"/>
          <w:szCs w:val="24"/>
        </w:rPr>
        <w:t>安全标志、数十项托辊</w:t>
      </w:r>
      <w:proofErr w:type="spellEnd"/>
      <w:r w:rsidR="005D509D" w:rsidRPr="005D509D">
        <w:rPr>
          <w:sz w:val="24"/>
          <w:szCs w:val="24"/>
        </w:rPr>
        <w:t xml:space="preserve"> / 输送机专利，CE </w:t>
      </w:r>
      <w:proofErr w:type="spellStart"/>
      <w:r w:rsidR="005D509D" w:rsidRPr="005D509D">
        <w:rPr>
          <w:sz w:val="24"/>
          <w:szCs w:val="24"/>
        </w:rPr>
        <w:t>整机出口认证</w:t>
      </w:r>
      <w:proofErr w:type="spellEnd"/>
      <w:r w:rsidR="005D509D">
        <w:rPr>
          <w:sz w:val="24"/>
          <w:szCs w:val="24"/>
        </w:rPr>
        <w:t>。</w:t>
      </w:r>
    </w:p>
    <w:p w:rsidR="002C538E" w:rsidRPr="005D509D" w:rsidRDefault="0020597E" w:rsidP="005D509D">
      <w:pPr>
        <w:pStyle w:val="aa"/>
        <w:numPr>
          <w:ilvl w:val="0"/>
          <w:numId w:val="14"/>
        </w:numPr>
        <w:rPr>
          <w:sz w:val="24"/>
          <w:szCs w:val="24"/>
        </w:rPr>
      </w:pPr>
      <w:r w:rsidRPr="005D509D">
        <w:rPr>
          <w:b/>
          <w:sz w:val="24"/>
          <w:szCs w:val="24"/>
        </w:rPr>
        <w:t>联系方式：</w:t>
      </w:r>
      <w:r w:rsidRPr="005D509D">
        <w:rPr>
          <w:sz w:val="24"/>
          <w:szCs w:val="24"/>
        </w:rPr>
        <w:t>电话：13975165199，13907498783，13975801366，13574833408</w:t>
      </w:r>
      <w:r w:rsidR="005D509D">
        <w:rPr>
          <w:rFonts w:hint="eastAsia"/>
          <w:sz w:val="24"/>
          <w:szCs w:val="24"/>
          <w:lang w:eastAsia="zh-CN"/>
        </w:rPr>
        <w:t>，</w:t>
      </w:r>
      <w:r w:rsidRPr="005D509D">
        <w:rPr>
          <w:sz w:val="24"/>
          <w:szCs w:val="24"/>
        </w:rPr>
        <w:t>邮箱：2952247152@qq.com官网：www.hnchenggang.com</w:t>
      </w:r>
    </w:p>
    <w:p w:rsidR="002C538E" w:rsidRPr="005D509D" w:rsidRDefault="0020597E" w:rsidP="006878C1">
      <w:pPr>
        <w:pStyle w:val="aa"/>
        <w:numPr>
          <w:ilvl w:val="0"/>
          <w:numId w:val="14"/>
        </w:numPr>
        <w:rPr>
          <w:sz w:val="24"/>
          <w:szCs w:val="24"/>
        </w:rPr>
      </w:pPr>
      <w:proofErr w:type="spellStart"/>
      <w:r w:rsidRPr="005D509D">
        <w:rPr>
          <w:b/>
          <w:sz w:val="24"/>
          <w:szCs w:val="24"/>
        </w:rPr>
        <w:t>核心产品：</w:t>
      </w:r>
      <w:r w:rsidRPr="005D509D">
        <w:rPr>
          <w:sz w:val="24"/>
          <w:szCs w:val="24"/>
        </w:rPr>
        <w:t>带式输送机、皮带机、托辊、辊筒、滚筒、立辊、托辊支架、改向滚筒、传动滚筒等散料输送系统设备及零部件</w:t>
      </w:r>
      <w:proofErr w:type="spellEnd"/>
    </w:p>
    <w:p w:rsidR="002C538E" w:rsidRPr="005D509D" w:rsidRDefault="0020597E" w:rsidP="006878C1">
      <w:pPr>
        <w:pStyle w:val="aa"/>
        <w:numPr>
          <w:ilvl w:val="0"/>
          <w:numId w:val="14"/>
        </w:numPr>
        <w:rPr>
          <w:sz w:val="24"/>
          <w:szCs w:val="24"/>
        </w:rPr>
      </w:pPr>
      <w:r w:rsidRPr="005D509D">
        <w:rPr>
          <w:b/>
          <w:sz w:val="24"/>
          <w:szCs w:val="24"/>
        </w:rPr>
        <w:t>技术特点：</w:t>
      </w:r>
      <w:r w:rsidRPr="005D509D">
        <w:rPr>
          <w:sz w:val="24"/>
          <w:szCs w:val="24"/>
        </w:rPr>
        <w:t>专注散料输送系统设备研发，核心部件托辊、滚筒等自主生产，寿命长、噪音低；可提供从设计、制造到安装的一体化服务；产品适配煤炭、冶金、矿山、港口、化工、建材等多行业</w:t>
      </w:r>
    </w:p>
    <w:p w:rsidR="002C538E" w:rsidRPr="005D509D" w:rsidRDefault="0020597E" w:rsidP="006878C1">
      <w:pPr>
        <w:pStyle w:val="aa"/>
        <w:numPr>
          <w:ilvl w:val="0"/>
          <w:numId w:val="14"/>
        </w:numPr>
        <w:rPr>
          <w:sz w:val="24"/>
          <w:szCs w:val="24"/>
        </w:rPr>
      </w:pPr>
      <w:r w:rsidRPr="005D509D">
        <w:rPr>
          <w:b/>
          <w:sz w:val="24"/>
          <w:szCs w:val="24"/>
        </w:rPr>
        <w:t>出口信息：</w:t>
      </w:r>
      <w:r w:rsidRPr="005D509D">
        <w:rPr>
          <w:sz w:val="24"/>
          <w:szCs w:val="24"/>
        </w:rPr>
        <w:t>产品远销全球20多个国家和地区，配套三一重工、中联重科、中国铁建重工、中国宝钢、巴西淡水河谷等知名企业，一般贸易方式</w:t>
      </w:r>
    </w:p>
    <w:p w:rsidR="002C538E" w:rsidRPr="005D509D" w:rsidRDefault="0020597E" w:rsidP="006878C1">
      <w:pPr>
        <w:pStyle w:val="aa"/>
        <w:numPr>
          <w:ilvl w:val="0"/>
          <w:numId w:val="14"/>
        </w:numPr>
        <w:rPr>
          <w:sz w:val="24"/>
          <w:szCs w:val="24"/>
        </w:rPr>
      </w:pPr>
      <w:r w:rsidRPr="005D509D">
        <w:rPr>
          <w:b/>
          <w:sz w:val="24"/>
          <w:szCs w:val="24"/>
        </w:rPr>
        <w:t>海关编码：</w:t>
      </w:r>
      <w:r w:rsidRPr="005D509D">
        <w:rPr>
          <w:sz w:val="24"/>
          <w:szCs w:val="24"/>
        </w:rPr>
        <w:t>主要归类：84283300（其他带式连续运货升降、输送机）或 84313900（输送机零件）</w:t>
      </w:r>
    </w:p>
    <w:p w:rsidR="002C538E" w:rsidRPr="005D509D" w:rsidRDefault="0020597E" w:rsidP="006878C1">
      <w:pPr>
        <w:pStyle w:val="aa"/>
        <w:numPr>
          <w:ilvl w:val="0"/>
          <w:numId w:val="14"/>
        </w:numPr>
        <w:rPr>
          <w:sz w:val="24"/>
          <w:szCs w:val="24"/>
        </w:rPr>
      </w:pPr>
      <w:r w:rsidRPr="005D509D">
        <w:rPr>
          <w:b/>
          <w:sz w:val="24"/>
          <w:szCs w:val="24"/>
        </w:rPr>
        <w:t>价格参考：</w:t>
      </w:r>
      <w:r w:rsidRPr="005D509D">
        <w:rPr>
          <w:sz w:val="24"/>
          <w:szCs w:val="24"/>
        </w:rPr>
        <w:t>标准皮带输送机约1-15万元/台套，输送系统配件约500-5000元/件</w:t>
      </w:r>
    </w:p>
    <w:p w:rsidR="005D509D" w:rsidRDefault="0020597E" w:rsidP="005D509D">
      <w:pPr>
        <w:pStyle w:val="aa"/>
        <w:numPr>
          <w:ilvl w:val="0"/>
          <w:numId w:val="14"/>
        </w:numPr>
        <w:rPr>
          <w:rFonts w:hint="eastAsia"/>
          <w:sz w:val="24"/>
          <w:szCs w:val="24"/>
        </w:rPr>
      </w:pPr>
      <w:r w:rsidRPr="005D509D">
        <w:rPr>
          <w:b/>
          <w:sz w:val="24"/>
          <w:szCs w:val="24"/>
        </w:rPr>
        <w:t>生产周期</w:t>
      </w:r>
      <w:r w:rsidRPr="005D509D">
        <w:rPr>
          <w:sz w:val="24"/>
          <w:szCs w:val="24"/>
        </w:rPr>
        <w:t>：标准设备10-20天，定制设备20-40天</w:t>
      </w:r>
    </w:p>
    <w:p w:rsidR="005D509D" w:rsidRPr="005D509D" w:rsidRDefault="005D509D" w:rsidP="005D509D">
      <w:pPr>
        <w:pStyle w:val="aa"/>
        <w:numPr>
          <w:ilvl w:val="0"/>
          <w:numId w:val="14"/>
        </w:numPr>
        <w:rPr>
          <w:rFonts w:hint="eastAsia"/>
          <w:sz w:val="24"/>
          <w:szCs w:val="24"/>
        </w:rPr>
      </w:pPr>
      <w:proofErr w:type="spellStart"/>
      <w:r w:rsidRPr="005D509D">
        <w:rPr>
          <w:b/>
          <w:sz w:val="24"/>
          <w:szCs w:val="24"/>
        </w:rPr>
        <w:t>海关物流周期</w:t>
      </w:r>
      <w:proofErr w:type="spellEnd"/>
      <w:r w:rsidRPr="005D509D">
        <w:rPr>
          <w:rFonts w:hint="eastAsia"/>
          <w:sz w:val="24"/>
          <w:szCs w:val="24"/>
        </w:rPr>
        <w:t>：</w:t>
      </w:r>
      <w:proofErr w:type="spellStart"/>
      <w:r w:rsidRPr="005D509D">
        <w:rPr>
          <w:sz w:val="24"/>
          <w:szCs w:val="24"/>
        </w:rPr>
        <w:t>海运欧美</w:t>
      </w:r>
      <w:proofErr w:type="spellEnd"/>
      <w:r w:rsidRPr="005D509D">
        <w:rPr>
          <w:sz w:val="24"/>
          <w:szCs w:val="24"/>
        </w:rPr>
        <w:t xml:space="preserve"> 28–49 </w:t>
      </w:r>
      <w:proofErr w:type="spellStart"/>
      <w:r w:rsidRPr="005D509D">
        <w:rPr>
          <w:sz w:val="24"/>
          <w:szCs w:val="24"/>
        </w:rPr>
        <w:t>天、东南亚</w:t>
      </w:r>
      <w:proofErr w:type="spellEnd"/>
      <w:r w:rsidRPr="005D509D">
        <w:rPr>
          <w:sz w:val="24"/>
          <w:szCs w:val="24"/>
        </w:rPr>
        <w:t xml:space="preserve"> 10–23 </w:t>
      </w:r>
      <w:proofErr w:type="spellStart"/>
      <w:r w:rsidRPr="005D509D">
        <w:rPr>
          <w:sz w:val="24"/>
          <w:szCs w:val="24"/>
        </w:rPr>
        <w:t>天、非洲南美</w:t>
      </w:r>
      <w:proofErr w:type="spellEnd"/>
      <w:r w:rsidRPr="005D509D">
        <w:rPr>
          <w:sz w:val="24"/>
          <w:szCs w:val="24"/>
        </w:rPr>
        <w:t xml:space="preserve"> 34–53 </w:t>
      </w:r>
      <w:proofErr w:type="spellStart"/>
      <w:r w:rsidRPr="005D509D">
        <w:rPr>
          <w:sz w:val="24"/>
          <w:szCs w:val="24"/>
        </w:rPr>
        <w:t>天；空运</w:t>
      </w:r>
      <w:proofErr w:type="spellEnd"/>
      <w:r w:rsidRPr="005D509D">
        <w:rPr>
          <w:sz w:val="24"/>
          <w:szCs w:val="24"/>
        </w:rPr>
        <w:t xml:space="preserve"> 9–16 天</w:t>
      </w:r>
    </w:p>
    <w:p w:rsidR="002C538E" w:rsidRPr="005D509D" w:rsidRDefault="0020597E" w:rsidP="006878C1">
      <w:pPr>
        <w:pStyle w:val="aa"/>
        <w:numPr>
          <w:ilvl w:val="0"/>
          <w:numId w:val="14"/>
        </w:numPr>
        <w:rPr>
          <w:sz w:val="24"/>
          <w:szCs w:val="24"/>
        </w:rPr>
      </w:pPr>
      <w:proofErr w:type="spellStart"/>
      <w:r w:rsidRPr="005D509D">
        <w:rPr>
          <w:b/>
          <w:sz w:val="24"/>
          <w:szCs w:val="24"/>
        </w:rPr>
        <w:t>性价比优势：</w:t>
      </w:r>
      <w:r w:rsidRPr="005D509D">
        <w:rPr>
          <w:sz w:val="24"/>
          <w:szCs w:val="24"/>
        </w:rPr>
        <w:t>科技型民营企业，技术研发能力强，产品品质稳定，价格实惠，配套服务完善，适合整线配套采购</w:t>
      </w:r>
      <w:proofErr w:type="spellEnd"/>
    </w:p>
    <w:p w:rsidR="002C538E" w:rsidRPr="005D509D" w:rsidRDefault="002C538E">
      <w:pPr>
        <w:rPr>
          <w:sz w:val="24"/>
          <w:szCs w:val="24"/>
        </w:rPr>
      </w:pPr>
    </w:p>
    <w:p w:rsidR="002C538E" w:rsidRDefault="0020597E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3657600" cy="3657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nggang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38E" w:rsidRPr="00310004" w:rsidRDefault="0020597E">
      <w:pPr>
        <w:jc w:val="center"/>
        <w:rPr>
          <w:szCs w:val="21"/>
        </w:rPr>
      </w:pPr>
      <w:r w:rsidRPr="00310004">
        <w:rPr>
          <w:color w:val="646464"/>
          <w:szCs w:val="21"/>
        </w:rPr>
        <w:t>图：大倾角皮带输送机（湖南成钢同类型产品参考）</w:t>
      </w:r>
    </w:p>
    <w:p w:rsidR="002C538E" w:rsidRDefault="002C538E"/>
    <w:p w:rsidR="00720C56" w:rsidRPr="00183F55" w:rsidRDefault="00720C56" w:rsidP="00720C56">
      <w:pPr>
        <w:rPr>
          <w:lang w:eastAsia="zh-CN"/>
        </w:rPr>
      </w:pPr>
      <w:r>
        <w:rPr>
          <w:b/>
          <w:sz w:val="18"/>
        </w:rPr>
        <w:t>备注：</w:t>
      </w:r>
      <w:r>
        <w:rPr>
          <w:i/>
          <w:sz w:val="18"/>
        </w:rPr>
        <w:t>本报告基于公开工商信息及企业官网资料整理，所有企业均经工商注册真实性验证，5家企业全部为在营状态。设备图片为同类型产品参考图，具体以厂家实物为准。具体价格、交期等以厂家正式报价为准，建议采购前与各厂家进行详细技术交流和商务洽谈。</w:t>
      </w:r>
    </w:p>
    <w:p w:rsidR="002C538E" w:rsidRDefault="002C538E"/>
    <w:sectPr w:rsidR="002C538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FF3" w:rsidRDefault="00817FF3" w:rsidP="005D509D">
      <w:pPr>
        <w:spacing w:after="0" w:line="240" w:lineRule="auto"/>
      </w:pPr>
      <w:r>
        <w:separator/>
      </w:r>
    </w:p>
  </w:endnote>
  <w:endnote w:type="continuationSeparator" w:id="0">
    <w:p w:rsidR="00817FF3" w:rsidRDefault="00817FF3" w:rsidP="005D5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FF3" w:rsidRDefault="00817FF3" w:rsidP="005D509D">
      <w:pPr>
        <w:spacing w:after="0" w:line="240" w:lineRule="auto"/>
      </w:pPr>
      <w:r>
        <w:separator/>
      </w:r>
    </w:p>
  </w:footnote>
  <w:footnote w:type="continuationSeparator" w:id="0">
    <w:p w:rsidR="00817FF3" w:rsidRDefault="00817FF3" w:rsidP="005D50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2793E2B"/>
    <w:multiLevelType w:val="hybridMultilevel"/>
    <w:tmpl w:val="63367DB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>
    <w:nsid w:val="2C6E29A3"/>
    <w:multiLevelType w:val="hybridMultilevel"/>
    <w:tmpl w:val="FCF4E27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>
    <w:nsid w:val="742C7AD3"/>
    <w:multiLevelType w:val="hybridMultilevel"/>
    <w:tmpl w:val="805E26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>
    <w:nsid w:val="757A1C81"/>
    <w:multiLevelType w:val="hybridMultilevel"/>
    <w:tmpl w:val="5EB0FA4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>
    <w:nsid w:val="7CFF27C6"/>
    <w:multiLevelType w:val="hybridMultilevel"/>
    <w:tmpl w:val="352080E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3"/>
  </w:num>
  <w:num w:numId="12">
    <w:abstractNumId w:val="12"/>
  </w:num>
  <w:num w:numId="13">
    <w:abstractNumId w:val="9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44CF9"/>
    <w:rsid w:val="0006063C"/>
    <w:rsid w:val="0015074B"/>
    <w:rsid w:val="0020597E"/>
    <w:rsid w:val="0029639D"/>
    <w:rsid w:val="002C538E"/>
    <w:rsid w:val="00310004"/>
    <w:rsid w:val="00326F90"/>
    <w:rsid w:val="0035459A"/>
    <w:rsid w:val="00424AC2"/>
    <w:rsid w:val="005D509D"/>
    <w:rsid w:val="006878C1"/>
    <w:rsid w:val="00720C56"/>
    <w:rsid w:val="00817FF3"/>
    <w:rsid w:val="00AA1D8D"/>
    <w:rsid w:val="00B47730"/>
    <w:rsid w:val="00BA5320"/>
    <w:rsid w:val="00BD33D1"/>
    <w:rsid w:val="00CB0664"/>
    <w:rsid w:val="00D26207"/>
    <w:rsid w:val="00D575C7"/>
    <w:rsid w:val="00E263A0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宋体" w:eastAsia="宋体" w:hAnsi="宋体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1">
    <w:name w:val="Balloon Text"/>
    <w:basedOn w:val="a1"/>
    <w:link w:val="Char7"/>
    <w:uiPriority w:val="99"/>
    <w:semiHidden/>
    <w:unhideWhenUsed/>
    <w:rsid w:val="006878C1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f1"/>
    <w:uiPriority w:val="99"/>
    <w:semiHidden/>
    <w:rsid w:val="006878C1"/>
    <w:rPr>
      <w:rFonts w:ascii="宋体" w:eastAsia="宋体" w:hAnsi="宋体"/>
      <w:sz w:val="18"/>
      <w:szCs w:val="18"/>
    </w:rPr>
  </w:style>
  <w:style w:type="character" w:styleId="aff2">
    <w:name w:val="Hyperlink"/>
    <w:basedOn w:val="a2"/>
    <w:uiPriority w:val="99"/>
    <w:unhideWhenUsed/>
    <w:rsid w:val="00720C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1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0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1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4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0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0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6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1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8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9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466089014@qq.com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08534B7-2526-48DA-B901-54D98EF2D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9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4289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8</cp:revision>
  <dcterms:created xsi:type="dcterms:W3CDTF">2013-12-23T23:15:00Z</dcterms:created>
  <dcterms:modified xsi:type="dcterms:W3CDTF">2026-07-15T11:00:00Z</dcterms:modified>
  <cp:category/>
</cp:coreProperties>
</file>